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November 2026. Es ersetzt keine Prüfung Ihres Einzelfalls. Dieser Fragebogen folgt der Orientierungshilfe der Datenschutzkonferenz (DSK) zur Einholung von Selbstauskünften bei Mietinteressenten, Version 2.0, Stand Januar 2026, und ihrem Musterfragebogen. Stellen Sie nur die Fragen, die Sie im Einzelfall wirklich brauchen, und jede Frage erst in ihrer Phase: Abschnitt A zur Besichtigung, Abschnitt B erst, wenn der Interessent die Wohnung mieten möchte, Abschnitt C erst, wenn Sie sich für diesen Interessenten entschieden haben, unmittelbar vor Vertragsschluss. Ergänzen Sie keine Fragen nach Familienstand, Staatsangehörigkeit, Religion oder Herkunft, Vorstrafen oder Ermittlungsverfahren, Schwangerschaft, Kinderwunsch oder Heiratsabsicht, Mitgliedschaft in Parteien oder Mietervereinen, Dauer der Beschäftigung oder Gründen der monatlichen Belastungen. Fordern Sie keine Ausweiskopie, keine Kontaktdaten des jetzigen oder früheren Vermieters, keine Mietschuldenfreiheitsbescheinigung und keine vollständige Datenkopie einer Auskunftei nach Art. 15 DS-GVO an, und lassen Sie sich keine Einwilligung unterschreiben, auch nicht für eine Bonitätsabfrage. Selbst bei einer Auskunftei abfragen dürfen Sie nur, wenn der Interessent keinen ausreichenden Bonitätsnachweis vorlegt. Füllen Sie die Datenschutzhinweise am Ende aus und geben Sie sie dem Interessenten schon bei der ersten Erhebung, also zur Besichtigung. Löschen Sie die Angaben abgelehnter Interessenten, sobald Sie sie für die Auswahl nicht mehr brauchen, wegen möglicher Ansprüche nach dem Allgemeinen Gleichbehandlungsgesetz in der Regel spätestens nach sechs Monaten. Beim späteren Mieter löschen Sie alles aus der Prüfung, was Sie für das Mietverhältnis nicht brauchen. Wer eine Mietnomadenversicherung abschließt, muss die Prüfung der wirtschaftlichen Verhältnisse des Mieters nachweisen können: Bewahren Sie dafür den ausgefüllten Bogen und einen Vermerk auf, welche Nachweise Sie wann geprüft haben, Kopien der Nachweise nur, soweit Ihr Versicherer sie verlangt.]</w:t>
      </w:r>
    </w:p>
    <w:p>
      <w:r>
        <w:rPr>
          <w:b/>
        </w:rPr>
        <w:t>Selbstauskunft für Mietinteressenten</w:t>
      </w:r>
    </w:p>
    <w:p>
      <w:r>
        <w:rPr>
          <w:b w:val="0"/>
        </w:rPr>
        <w:t>Vermieter: [Name, Anschrift, Telefon, E-Mail]</w:t>
      </w:r>
      <w:r>
        <w:br/>
      </w:r>
      <w:r>
        <w:rPr>
          <w:b w:val="0"/>
        </w:rPr>
        <w:t>Wohnung: [Straße Hausnummer, Postleitzahl Ort, Lage im Haus]</w:t>
      </w:r>
      <w:r>
        <w:br/>
      </w:r>
      <w:r>
        <w:rPr>
          <w:b w:val="0"/>
        </w:rPr>
        <w:t>Gewünschter Einzug: [Datum]</w:t>
      </w:r>
    </w:p>
    <w:p>
      <w:r>
        <w:rPr>
          <w:b w:val="0"/>
        </w:rPr>
        <w:t>Bitte füllen Sie für jede Person, die den Mietvertrag unterschreiben soll, einen eigenen Bogen aus. Die Fragen sind in drei Abschnitte geteilt, die nacheinander zu unterschiedlichen Zeitpunkten gestellt werden. Eine Pflicht, die Fragen schon vorab zu beantworten, besteht nicht. Bitte legen Sie nur die Unterlagen vor, um die der Vermieter im jeweiligen Abschnitt bittet: Unaufgefordert zugesandte Unterlagen, die noch nicht nötig sind, darf er nicht verarbeiten.</w:t>
      </w:r>
    </w:p>
    <w:p>
      <w:r>
        <w:rPr>
          <w:b/>
        </w:rPr>
        <w:t>A. Zur Besichtigung</w:t>
      </w:r>
    </w:p>
    <w:p>
      <w:r>
        <w:rPr>
          <w:b w:val="0"/>
        </w:rPr>
        <w:t>Bitte machen Sie zu diesem Zeitpunkt nur die folgenden Angaben.</w:t>
      </w:r>
    </w:p>
    <w:p>
      <w:r>
        <w:rPr>
          <w:b w:val="0"/>
        </w:rPr>
        <w:t>Name, Vorname: [Name, Vorname]</w:t>
      </w:r>
      <w:r>
        <w:br/>
      </w:r>
      <w:r>
        <w:rPr>
          <w:b w:val="0"/>
        </w:rPr>
        <w:t>Kontakt (eine Angabe genügt, weitere sind freiwillig): [Anschrift] [Telefon] [E-Mail]</w:t>
      </w:r>
      <w:r>
        <w:br/>
      </w:r>
      <w:r>
        <w:rPr>
          <w:b w:val="0"/>
        </w:rPr>
        <w:t>Nur bei geförderten Wohnungen: Haben Sie einen Wohnberechtigungsschein? [ja / nein]</w:t>
      </w:r>
      <w:r>
        <w:br/>
      </w:r>
      <w:r>
        <w:rPr>
          <w:b w:val="0"/>
        </w:rPr>
        <w:t>Wenn ja, genehmigte Wohnfläche und Zahl der Wohnräume: [Quadratmeter] [Zahl der Räume]</w:t>
      </w:r>
    </w:p>
    <w:p>
      <w:r>
        <w:rPr>
          <w:b w:val="0"/>
        </w:rPr>
        <w:t>Besichtigen Sie die Wohnung allein, ohne Begleitung des Vermieters, kann er Sie bitten, Name und Anschrift durch Vorzeigen Ihres Personalausweises zu bestätigen. Er vermerkt nur, dass er den Ausweis geprüft hat. Eine Kopie wird nicht angefertigt.</w:t>
      </w:r>
    </w:p>
    <w:p>
      <w:r>
        <w:rPr>
          <w:b/>
        </w:rPr>
        <w:t>B. Wenn Sie die Wohnung mieten möchten</w:t>
      </w:r>
    </w:p>
    <w:p>
      <w:r>
        <w:rPr>
          <w:b w:val="0"/>
        </w:rPr>
        <w:t>Bitte machen Sie diese Angaben und legen Sie diese Unterlagen erst vor, wenn Sie sich entschieden haben, die Wohnung zu mieten.</w:t>
      </w:r>
    </w:p>
    <w:p>
      <w:r>
        <w:rPr>
          <w:b w:val="0"/>
        </w:rPr>
        <w:t>1. Wie viele Personen werden einziehen, davon Erwachsene und Kinder? [Zahl Erwachsene] [Zahl Kinder]</w:t>
      </w:r>
      <w:r>
        <w:br/>
      </w:r>
      <w:r>
        <w:rPr>
          <w:b w:val="0"/>
        </w:rPr>
        <w:t>2. Nur bei geförderten Wohnungen: Bitte übergeben Sie den Wohnberechtigungsschein.</w:t>
      </w:r>
      <w:r>
        <w:br/>
      </w:r>
      <w:r>
        <w:rPr>
          <w:b w:val="0"/>
        </w:rPr>
        <w:t>3. Derzeitiger Arbeitgeber: [Name des Arbeitgebers]</w:t>
      </w:r>
      <w:r>
        <w:br/>
      </w:r>
      <w:r>
        <w:rPr>
          <w:b w:val="0"/>
        </w:rPr>
        <w:t>4. Derzeit ausgeübter Beruf: [Beruf]</w:t>
      </w:r>
      <w:r>
        <w:br/>
      </w:r>
      <w:r>
        <w:rPr>
          <w:b w:val="0"/>
        </w:rPr>
        <w:t>5. Nur wenn die Miete nicht vollständig von einer öffentlichen Stelle übernommen wird, bitte a) oder b) beantworten:</w:t>
      </w:r>
      <w:r>
        <w:br/>
      </w:r>
      <w:r>
        <w:rPr>
          <w:b w:val="0"/>
        </w:rPr>
        <w:t>a) Monatliches Nettoeinkommen oder der Betrag, der Ihnen nach Abzug laufender Belastungen monatlich für die Miete zur Verfügung steht: [Betrag] Euro</w:t>
      </w:r>
      <w:r>
        <w:br/>
      </w:r>
      <w:r>
        <w:rPr>
          <w:b w:val="0"/>
        </w:rPr>
        <w:t>b) Steht Ihnen monatlich mindestens ein Betrag von [Betrag] Euro für die Miete zur Verfügung? [ja / nein]</w:t>
      </w:r>
      <w:r>
        <w:br/>
      </w:r>
      <w:r>
        <w:rPr>
          <w:b w:val="0"/>
        </w:rPr>
        <w:t>Entscheidet sich der Vermieter für Sie, weisen Sie Ihr Einkommen unmittelbar vor Vertragsschluss nach (Abschnitt C).</w:t>
      </w:r>
      <w:r>
        <w:br/>
      </w:r>
      <w:r>
        <w:rPr>
          <w:b w:val="0"/>
        </w:rPr>
        <w:t>6. Nur wenn Tierhaltung nicht ohnehin erlaubt ist: Möchten Sie Haustiere halten, und wenn ja, welche? Kleintiere in geschlossenen Behältnissen, zum Beispiel Hamster, Wellensittiche oder Zierfische, müssen Sie nicht angeben. [nein / ja, und zwar]</w:t>
      </w:r>
      <w:r>
        <w:br/>
      </w:r>
      <w:r>
        <w:rPr>
          <w:b w:val="0"/>
        </w:rPr>
        <w:t>7. Ist über Ihr Vermögen ein Insolvenzverfahren eröffnet und noch nicht abgeschlossen? [ja / nein]</w:t>
      </w:r>
      <w:r>
        <w:br/>
      </w:r>
      <w:r>
        <w:rPr>
          <w:b w:val="0"/>
        </w:rPr>
        <w:t>8. Ist gegen Sie in den letzten fünf Jahren wegen Mietrückständen ein Räumungstitel für Ihre Wohnung ergangen? [ja / nein]</w:t>
      </w:r>
    </w:p>
    <w:p>
      <w:r>
        <w:rPr>
          <w:b/>
        </w:rPr>
        <w:t>C. Vor Abschluss des Mietvertrags</w:t>
      </w:r>
    </w:p>
    <w:p>
      <w:r>
        <w:rPr>
          <w:b w:val="0"/>
        </w:rPr>
        <w:t>Bitte machen Sie diese Angaben und legen Sie diese Unterlagen erst vor, wenn sich der Vermieter für Sie als Mieter entschieden hat, unmittelbar vor Abschluss des Mietvertrags.</w:t>
      </w:r>
    </w:p>
    <w:p>
      <w:r>
        <w:rPr>
          <w:b w:val="0"/>
        </w:rPr>
        <w:t>1. Nur wenn die Miete nicht vollständig von einer öffentlichen Stelle übernommen wird: Bitte legen Sie einen Nachweis über Ihr derzeitiges Monatseinkommen vor oder einen anderen Nachweis, dass Sie die Miete zahlen können, zum Beispiel Lohn- oder Gehaltsabrechnungen, Kontoauszüge oder den Einkommensteuerbescheid. Angaben, die dafür nicht nötig sind, dürfen Sie schwärzen.</w:t>
      </w:r>
      <w:r>
        <w:br/>
      </w:r>
      <w:r>
        <w:rPr>
          <w:b w:val="0"/>
        </w:rPr>
        <w:t>2. Bitte legen Sie einen Nachweis Ihrer Bonität vor, zum Beispiel eine für Mietverhältnisse bestimmte Bonitätsauskunft einer Auskunftei. Eine vollständige Datenkopie nach Art. 15 DS-GVO ist nicht nötig. Legen Sie keinen Nachweis vor, kann der Vermieter selbst eine Auskunft bei einer Auskunftei einholen, soweit sie für das Mietverhältnis erforderlich ist.</w:t>
      </w:r>
      <w:r>
        <w:br/>
      </w:r>
      <w:r>
        <w:rPr>
          <w:b w:val="0"/>
        </w:rPr>
        <w:t>3. Nur wenn eine öffentliche Stelle die Miete direkt an den Vermieter zahlt: Bitte legen Sie einen Nachweis über die Übernahme der Zahlungen vor.</w:t>
      </w:r>
      <w:r>
        <w:br/>
      </w:r>
      <w:r>
        <w:rPr>
          <w:b w:val="0"/>
        </w:rPr>
        <w:t>4. Waren Sie in Ihrem bestehenden Mietverhältnis an zwei aufeinanderfolgenden Zahlungsterminen mit der Miete in Verzug, und zwar insgesamt mit mehr als einer Monatsmiete? [ja / nein]</w:t>
      </w:r>
      <w:r>
        <w:br/>
      </w:r>
      <w:r>
        <w:rPr>
          <w:b w:val="0"/>
        </w:rPr>
        <w:t>5. Waren Sie in Ihrem bestehenden Mietverhältnis in einem Zeitraum, der sich über mehr als zwei Zahlungstermine erstreckt, mit insgesamt mindestens zwei Monatsmieten in Verzug? [ja / nein]</w:t>
      </w:r>
      <w:r>
        <w:br/>
      </w:r>
      <w:r>
        <w:rPr>
          <w:b w:val="0"/>
        </w:rPr>
        <w:t>6. Wurde Ihr letztes Mietverhältnis wegen einer erheblichen Verletzung Ihrer Pflichten als Mieter gekündigt, die Sie nicht bestreiten oder die ein Gericht rechtskräftig festgestellt hat? Wenn ja, um welche Pflichtverletzung handelte es sich? [nein / ja, und zwar]</w:t>
      </w:r>
      <w:r>
        <w:br/>
      </w:r>
      <w:r>
        <w:rPr>
          <w:b w:val="0"/>
        </w:rPr>
        <w:t>7. Wenn Sie eine der Fragen 4 bis 6 mit ja beantwortet haben: Hier können Sie erläutern, warum sich das nicht wiederholen wird, zum Beispiel wegen eines höheren Einkommens. [Erläuterung]</w:t>
      </w:r>
    </w:p>
    <w:p>
      <w:r>
        <w:rPr>
          <w:b w:val="0"/>
        </w:rPr>
        <w:t>Ich bestätige, dass meine Angaben wahr sind.</w:t>
      </w:r>
    </w:p>
    <w:p>
      <w:r>
        <w:rPr>
          <w:b w:val="0"/>
        </w:rPr>
        <w:t>[Ort], [Datum]</w:t>
      </w:r>
    </w:p>
    <w:p>
      <w:r>
        <w:rPr>
          <w:b w:val="0"/>
        </w:rPr>
        <w:t>[Unterschrift Mietinteressent]</w:t>
      </w:r>
    </w:p>
    <w:p>
      <w:r>
        <w:rPr>
          <w:b/>
        </w:rPr>
        <w:t>Datenschutzhinweise nach Art. 13 DS-GVO</w:t>
      </w:r>
    </w:p>
    <w:p>
      <w:r>
        <w:rPr>
          <w:b w:val="0"/>
        </w:rPr>
        <w:t>Verantwortlich: [Name und Kontaktdaten des Vermieters]. Datenschutzbeauftragter, falls vorhanden: [Kontaktdaten]</w:t>
      </w:r>
    </w:p>
    <w:p>
      <w:r>
        <w:rPr>
          <w:b w:val="0"/>
        </w:rPr>
        <w:t>Zweck: Durchführung der Besichtigung und Entscheidung, ob mit Ihnen ein Mietvertrag geschlossen wird; kommt der Vertrag zustande, Durchführung des Mietverhältnisses.</w:t>
      </w:r>
    </w:p>
    <w:p>
      <w:r>
        <w:rPr>
          <w:b w:val="0"/>
        </w:rPr>
        <w:t>Rechtsgrundlage: zur Besichtigung Art. 6 Abs. 1 Buchst. f DS-GVO, berechtigtes Interesse des Vermieters, Besichtigungen zu organisieren und Interessenten zu erreichen; ab Ihrer Erklärung, die Wohnung mieten zu wollen, Art. 6 Abs. 1 Buchst. b DS-GVO, vorvertragliche Maßnahmen auf Ihre Anfrage. Eine Einwilligung wird nicht eingeholt. Ihre Unterschrift bestätigt nur, dass Ihre Angaben wahr sind.</w:t>
      </w:r>
    </w:p>
    <w:p>
      <w:r>
        <w:rPr>
          <w:b w:val="0"/>
        </w:rPr>
        <w:t>Empfänger: [zum Beispiel Hausverwaltung, Makler, Auskunftei bei einer Bonitätsabfrage, im Schadenfall der Mietausfallversicherer des Vermieters; sonst keine]. Holt der Vermieter selbst eine Bonitätsauskunft ein, erhält er Daten über Sie von dieser Auskunftei: [Name der Auskunftei]</w:t>
      </w:r>
    </w:p>
    <w:p>
      <w:r>
        <w:rPr>
          <w:b w:val="0"/>
        </w:rPr>
        <w:t>Speicherdauer: Kommt kein Mietvertrag zustande, löscht der Vermieter Ihre Angaben, sobald er sie für die Auswahl nicht mehr braucht, in der Regel spätestens nach sechs Monaten. Kommt ein Mietvertrag zustande, bleibt nur gespeichert, was für das Mietverhältnis und als Nachweis gegenüber einem Mietausfallversicherer nötig ist.</w:t>
      </w:r>
    </w:p>
    <w:p>
      <w:r>
        <w:rPr>
          <w:b w:val="0"/>
        </w:rPr>
        <w:t>Ihre Rechte: Auskunft, Berichtigung, Löschung, Einschränkung der Verarbeitung, Datenübertragbarkeit und Widerspruch gegen die Verarbeitung nach Art. 6 Abs. 1 Buchst. f DS-GVO (Art. 15 bis 18, 20 und 21 DS-GVO) sowie Beschwerde bei einer Datenschutzaufsichtsbehörde (Art. 77 DS-GVO), zum Beispiel bei [Datenschutzaufsichtsbehörde des Bundeslands].</w:t>
      </w:r>
    </w:p>
    <w:p>
      <w:r>
        <w:rPr>
          <w:b w:val="0"/>
        </w:rPr>
        <w:t>Pflicht zur Angabe: Gesetzlich sind Sie nicht verpflichtet, die Angaben zu machen. Ohne die Angaben aus Abschnitt B und C kann der Vermieter aber möglicherweise keinen Mietvertrag mit Ihnen schließen. Eine automatisierte Entscheidung nach Art. 22 DS-GVO findet nicht statt.</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