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[Hinweis, vor dem Absenden löschen: Unverbindliches Muster für typische Fälle, Stand Oktober 2026. Es ersetzt keine Prüfung Ihres Einzelfalls. Ist die Vermögensverwaltung nicht selbst Ihre depotführende Bank, beauftragen Sie den Depotübertrag zusätzlich bei der depotführenden Bank oder über die aufnehmende Bank. Das Zieldepot muss auf genau dieselben Inhaber lauten wie das bisherige Depot, sonst gilt der Übertrag steuerlich als Veräußerung (§ 43 Abs. 1 Satz 4 EStG).]</w:t>
      </w:r>
    </w:p>
    <w:p>
      <w:r>
        <w:rPr>
          <w:b w:val="0"/>
        </w:rPr>
        <w:t>[Vorname Nachname]</w:t>
      </w:r>
      <w:r>
        <w:br/>
      </w:r>
      <w:r>
        <w:rPr>
          <w:b w:val="0"/>
        </w:rPr>
        <w:t>[Straße Hausnummer]</w:t>
      </w:r>
      <w:r>
        <w:br/>
      </w:r>
      <w:r>
        <w:rPr>
          <w:b w:val="0"/>
        </w:rPr>
        <w:t>[Postleitzahl Ort]</w:t>
      </w:r>
    </w:p>
    <w:p>
      <w:pPr>
        <w:spacing w:after="360"/>
      </w:pPr>
    </w:p>
    <w:p>
      <w:r>
        <w:rPr>
          <w:b w:val="0"/>
        </w:rPr>
        <w:t>[Name der Vermögensverwaltung]</w:t>
      </w:r>
      <w:r>
        <w:br/>
      </w:r>
      <w:r>
        <w:rPr>
          <w:b w:val="0"/>
        </w:rPr>
        <w:t>[Straße Hausnummer]</w:t>
      </w:r>
      <w:r>
        <w:br/>
      </w:r>
      <w:r>
        <w:rPr>
          <w:b w:val="0"/>
        </w:rPr>
        <w:t>[Postleitzahl Ort]</w:t>
      </w:r>
    </w:p>
    <w:p>
      <w:pPr>
        <w:spacing w:after="360"/>
      </w:pPr>
    </w:p>
    <w:p>
      <w:r>
        <w:rPr>
          <w:b w:val="0"/>
        </w:rPr>
        <w:t>[Ort], [Datum]</w:t>
      </w:r>
    </w:p>
    <w:p>
      <w:r>
        <w:rPr>
          <w:b/>
        </w:rPr>
        <w:t>Kündigung des Vermögensverwaltungsvertrags</w:t>
      </w:r>
    </w:p>
    <w:p>
      <w:r>
        <w:rPr>
          <w:b w:val="0"/>
        </w:rPr>
        <w:t>Vertragsnummer: [Vertragsnummer]</w:t>
      </w:r>
      <w:r>
        <w:br/>
      </w:r>
      <w:r>
        <w:rPr>
          <w:b w:val="0"/>
        </w:rPr>
        <w:t>Depotnummer: [Depotnummer] bei der [Name der Depotbank]</w:t>
      </w:r>
    </w:p>
    <w:p>
      <w:r>
        <w:rPr>
          <w:b w:val="0"/>
        </w:rPr>
        <w:t>Sehr geehrte Damen und Herren,</w:t>
      </w:r>
    </w:p>
    <w:p>
      <w:r>
        <w:rPr>
          <w:b w:val="0"/>
        </w:rPr>
        <w:t>hiermit kündige ich den Vermögensverwaltungsvertrag Nr. [Vertragsnummer] nach § 627 BGB fristlos, hilfsweise zum nächstmöglichen Zeitpunkt. Bitte treffen Sie ab Zugang dieser Kündigung keine Anlageentscheidungen mehr für mein Depot Nr. [Depotnummer].</w:t>
      </w:r>
    </w:p>
    <w:p>
      <w:r>
        <w:rPr>
          <w:b w:val="0"/>
        </w:rPr>
        <w:t>Eine Veräußerung der Wertpapiere wünsche ich ausdrücklich nicht. Bitte verkaufen Sie keine Wertpapiere und keine Fondsanteile aus meinem Depot.</w:t>
      </w:r>
    </w:p>
    <w:p>
      <w:r>
        <w:rPr>
          <w:b w:val="0"/>
        </w:rPr>
        <w:t>Bitte übertragen Sie alle Wertpapiere und Fondsanteile ohne Verkauf auf mein Depot:</w:t>
      </w:r>
    </w:p>
    <w:p>
      <w:r>
        <w:rPr>
          <w:b w:val="0"/>
        </w:rPr>
        <w:t>Depotinhaber: [Vorname Nachname]</w:t>
      </w:r>
      <w:r>
        <w:br/>
      </w:r>
      <w:r>
        <w:rPr>
          <w:b w:val="0"/>
        </w:rPr>
        <w:t>Zieldepot Nr.: [Depotnummer des Zieldepots]</w:t>
      </w:r>
      <w:r>
        <w:br/>
      </w:r>
      <w:r>
        <w:rPr>
          <w:b w:val="0"/>
        </w:rPr>
        <w:t>Bank: [Name der Bank des Zieldepots], BIC: [BIC]</w:t>
      </w:r>
    </w:p>
    <w:p>
      <w:r>
        <w:rPr>
          <w:b w:val="0"/>
        </w:rPr>
        <w:t>Das Zieldepot lautet auf meinen Namen, ein Gläubigerwechsel findet nicht statt. Bitte sorgen Sie dafür, dass der aufnehmenden Bank die Anschaffungsdaten aller übertragenen Wertpapiere übermittelt werden. Eine Kopie dieses Schreibens erhält die [Name der Depotbank].</w:t>
      </w:r>
    </w:p>
    <w:p>
      <w:r>
        <w:rPr>
          <w:b w:val="0"/>
        </w:rPr>
        <w:t>Eine im Voraus gezahlte Vergütung für die Zeit nach dem Vertragsende erstatten Sie bitte auf mein Konto IBAN [IBAN].</w:t>
      </w:r>
    </w:p>
    <w:p>
      <w:r>
        <w:rPr>
          <w:b w:val="0"/>
        </w:rPr>
        <w:t>Bitte bestätigen Sie mir den Eingang dieser Kündigung und das Datum des Vertragsendes schriftlich oder per E-Mail.</w:t>
      </w:r>
    </w:p>
    <w:p>
      <w:r>
        <w:rPr>
          <w:b w:val="0"/>
        </w:rPr>
        <w:t>Mit freundlichen Grüßen</w:t>
      </w:r>
    </w:p>
    <w:p>
      <w:r>
        <w:rPr>
          <w:b w:val="0"/>
        </w:rPr>
        <w:t>______________________________</w:t>
      </w:r>
      <w:r>
        <w:br/>
      </w:r>
      <w:r>
        <w:rPr>
          <w:b w:val="0"/>
        </w:rPr>
        <w:t>[Unterschrift]</w:t>
      </w:r>
      <w:r>
        <w:br/>
      </w:r>
      <w:r>
        <w:rPr>
          <w:b w:val="0"/>
        </w:rPr>
        <w:t>[Vorname Nachname]</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