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  <w:r>
        <w:br/>
      </w:r>
      <w:r>
        <w:rPr>
          <w:b w:val="0"/>
        </w:rPr>
        <w:t>Geburtsdatum: [Geburtsdatum]</w:t>
      </w:r>
    </w:p>
    <w:p>
      <w:pPr>
        <w:spacing w:after="360"/>
      </w:pPr>
    </w:p>
    <w:p>
      <w:r>
        <w:rPr>
          <w:b w:val="0"/>
        </w:rPr>
        <w:t>[Name des Riester-Anbieters]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Kündigung meines Riester-Vertrags Nr. [Vertragsnummer]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hiermit kündige ich meinen Riester-Vertrag Nr. [Vertragsnummer] fristgerecht zum nächstmöglichen Zeitpunkt.</w:t>
      </w:r>
    </w:p>
    <w:p>
      <w:r>
        <w:rPr>
          <w:b w:val="0"/>
        </w:rPr>
        <w:t>Ich wünsche die Auszahlung des Guthabens. Mir ist bekannt, dass die Auszahlung eine schädliche Verwendung nach § 93 Abs. 1 EStG ist. Die Zulagen und die gesondert festgestellten Steuerermäßigungen werden zurückgefordert, die Erträge sind nach § 22 Nr. 5 Satz 3 EStG zu versteuern.</w:t>
      </w:r>
    </w:p>
    <w:p>
      <w:r>
        <w:rPr>
          <w:b w:val="0"/>
        </w:rPr>
        <w:t>Bitte teilen Sie mir mit der Kündigungsbestätigung schriftlich mit:</w:t>
      </w:r>
      <w:r>
        <w:br/>
      </w:r>
      <w:r>
        <w:rPr>
          <w:b w:val="0"/>
        </w:rPr>
        <w:t>den voraussichtlichen Auszahlungsbetrag (Rückkaufswert),</w:t>
      </w:r>
      <w:r>
        <w:br/>
      </w:r>
      <w:r>
        <w:rPr>
          <w:b w:val="0"/>
        </w:rPr>
        <w:t>die Höhe der zurückzuzahlenden Zulagen und Steuervorteile,</w:t>
      </w:r>
      <w:r>
        <w:br/>
      </w:r>
      <w:r>
        <w:rPr>
          <w:b w:val="0"/>
        </w:rPr>
        <w:t>etwaige Kosten der Kündigung.</w:t>
      </w:r>
    </w:p>
    <w:p>
      <w:r>
        <w:rPr>
          <w:b w:val="0"/>
        </w:rPr>
        <w:t>Bitte überweisen Sie den Auszahlungsbetrag auf folgendes Konto:</w:t>
      </w:r>
      <w:r>
        <w:br/>
      </w:r>
      <w:r>
        <w:rPr>
          <w:b w:val="0"/>
        </w:rPr>
        <w:t>Kontoinhaber: [Vorname Nachname]</w:t>
      </w:r>
      <w:r>
        <w:br/>
      </w:r>
      <w:r>
        <w:rPr>
          <w:b w:val="0"/>
        </w:rPr>
        <w:t>IBAN: [IBAN]</w:t>
      </w:r>
      <w:r>
        <w:br/>
      </w:r>
      <w:r>
        <w:rPr>
          <w:b w:val="0"/>
        </w:rPr>
        <w:t>Bank: [Name der Bank]</w:t>
      </w:r>
    </w:p>
    <w:p>
      <w:r>
        <w:rPr>
          <w:b w:val="0"/>
        </w:rPr>
        <w:t>Das Ihnen erteilte SEPA-Lastschriftmandat widerrufe ich zum Kündigungstermin.</w:t>
      </w:r>
    </w:p>
    <w:p>
      <w:r>
        <w:rPr>
          <w:b w:val="0"/>
        </w:rPr>
        <w:t>Bitte bestätigen Sie mir den Eingang dieser Kündigung und den Kündigungstermin schriftlich innerhalb von 14 Tagen.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