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Oktober 2026. Es ersetzt keine Prüfung Ihres Einzelfalls. Wählen Sie eine Variante und löschen Sie die anderen sowie alle Hinweise in eckigen Klammern. Für die Kündigung genügt in der Regel Textform, also Brief, Fax oder E-Mail mit Ihrem Namen, eine Unterschrift ist dafür nicht nötig (§ 126b BGB). Strengere Formen dürfen Versicherungsbedingungen in Verträgen ab dem 01.10.2016 nicht verlangen (§ 309 Nr. 13 BGB). Zwei Ausnahmen: In älteren Verträgen können die Bedingungen noch Schriftform vorsehen, und für die Kündigung als Käufer und die Anzeige des Verkaufs erlaubt das Gesetz dem Versicherer, Schriftform zu bestimmen (§ 98 VVG). Prüfen Sie deshalb Ihre Bedingungen und schicken Sie im Zweifel einen eigenhändig unterschriebenen Brief. Entscheidend ist, wann das Schreiben beim Versicherer eingeht. Heben Sie einen Nachweis auf, zum Beispiel den Beleg eines Einschreibens oder die Eingangsbestätigung.]</w:t>
      </w:r>
    </w:p>
    <w:p>
      <w:r>
        <w:rPr>
          <w:b w:val="0"/>
        </w:rPr>
        <w:t>[Vorname Nachname]</w:t>
      </w:r>
      <w:r>
        <w:br/>
      </w:r>
      <w:r>
        <w:rPr>
          <w:b w:val="0"/>
        </w:rPr>
        <w:t>[Straße Hausnummer]</w:t>
      </w:r>
      <w:r>
        <w:br/>
      </w:r>
      <w:r>
        <w:rPr>
          <w:b w:val="0"/>
        </w:rPr>
        <w:t>[Postleitzahl Ort]</w:t>
      </w:r>
      <w:r>
        <w:br/>
      </w:r>
      <w:r>
        <w:rPr>
          <w:b w:val="0"/>
        </w:rPr>
        <w:t>[E-Mail, Telefon]</w:t>
      </w:r>
    </w:p>
    <w:p>
      <w:pPr>
        <w:spacing w:after="360"/>
      </w:pPr>
    </w:p>
    <w:p>
      <w:r>
        <w:rPr>
          <w:b w:val="0"/>
        </w:rPr>
        <w:t>[Name des Versicherers]</w:t>
      </w:r>
      <w:r>
        <w:br/>
      </w:r>
      <w:r>
        <w:rPr>
          <w:b w:val="0"/>
        </w:rPr>
        <w:t>[Straße Hausnummer]</w:t>
      </w:r>
      <w:r>
        <w:br/>
      </w:r>
      <w:r>
        <w:rPr>
          <w:b w:val="0"/>
        </w:rPr>
        <w:t>[Postleitzahl Ort]</w:t>
      </w:r>
    </w:p>
    <w:p>
      <w:r>
        <w:rPr>
          <w:b w:val="0"/>
        </w:rPr>
        <w:t>[Ort], [Datum]</w:t>
      </w:r>
    </w:p>
    <w:p>
      <w:r>
        <w:rPr>
          <w:b/>
        </w:rPr>
        <w:t>[Kündigung / Anzeige des Verkaufs]: Bootsversicherung, Versicherungsnummer [Versicherungsnummer], Boot [Bootstyp, Name, Kennzeichen oder Rumpfnummer]</w:t>
      </w:r>
    </w:p>
    <w:p>
      <w:r>
        <w:rPr>
          <w:b w:val="0"/>
        </w:rPr>
        <w:t>Sehr geehrte Damen und Herren,</w:t>
      </w:r>
    </w:p>
    <w:p>
      <w:r>
        <w:rPr>
          <w:b w:val="0"/>
        </w:rPr>
        <w:t>[Variante 1, ordentliche Kündigung zum Ablauf. Die Kündigung muss vor Ablauf der Frist in Ihren Bedingungen beim Versicherer sein. Erlaubt sind ein bis drei Monate (§ 11 Abs. 3 VVG), die Musterbedingungen des GDV sehen drei Monate vor.]</w:t>
      </w:r>
      <w:r>
        <w:br/>
      </w:r>
      <w:r>
        <w:rPr>
          <w:b w:val="0"/>
        </w:rPr>
        <w:t>hiermit kündige ich meine [Bootshaftpflichtversicherung / Bootskaskoversicherung / Bootshaftpflicht- und Bootskaskoversicherung] mit der oben genannten Versicherungsnummer fristgerecht zum Ablauf des Versicherungsjahres am [Datum laut Versicherungsschein], hilfsweise zum nächstmöglichen Zeitpunkt.</w:t>
      </w:r>
    </w:p>
    <w:p>
      <w:r>
        <w:rPr>
          <w:b w:val="0"/>
        </w:rPr>
        <w:t>[Variante 2, Vertrag mit mehr als drei Jahren Laufzeit. Möglich zum Schluss des dritten und jedes folgenden Versicherungsjahres, die Kündigung muss spätestens drei Monate vorher beim Versicherer sein.]</w:t>
      </w:r>
      <w:r>
        <w:br/>
      </w:r>
      <w:r>
        <w:rPr>
          <w:b w:val="0"/>
        </w:rPr>
        <w:t>hiermit kündige ich meine [Bootshaftpflichtversicherung / Bootskaskoversicherung / Bootshaftpflicht- und Bootskaskoversicherung] mit der oben genannten Versicherungsnummer. Der Vertrag wurde für [Zahl] Jahre geschlossen. Ich kündige ihn nach § 11 Abs. 4 VVG zum Schluss des [dritten / laufenden] Versicherungsjahres am [Datum], hilfsweise zum nächstmöglichen Zeitpunkt.</w:t>
      </w:r>
    </w:p>
    <w:p>
      <w:r>
        <w:rPr>
          <w:b w:val="0"/>
        </w:rPr>
        <w:t>[Variante 3, Beitragserhöhung. Nur wenn der Versicherer den Beitrag aufgrund einer Anpassungsklausel erhöht, ohne den Schutz entsprechend zu erweitern, oder den Schutz verringert, ohne den Beitrag zu senken. Die Kündigung muss innerhalb eines Monats nach Zugang der Mitteilung beim Versicherer sein.]</w:t>
      </w:r>
      <w:r>
        <w:br/>
      </w:r>
      <w:r>
        <w:rPr>
          <w:b w:val="0"/>
        </w:rPr>
        <w:t>mit Schreiben vom [Datum], mir zugegangen am [Datum], haben Sie mir [eine Erhöhung des Beitrags / eine Verringerung des Versicherungsschutzes] zum [Datum] mitgeteilt. Ich kündige meine [Bootshaftpflichtversicherung / Bootskaskoversicherung / Bootshaftpflicht- und Bootskaskoversicherung] deshalb nach § 40 VVG mit sofortiger Wirkung, frühestens zu dem Zeitpunkt, zu dem die Änderung wirksam wird.</w:t>
      </w:r>
    </w:p>
    <w:p>
      <w:r>
        <w:rPr>
          <w:b w:val="0"/>
        </w:rPr>
        <w:t>[Variante 4, nach einem Schaden in der Bootskasko. Die Kündigung muss innerhalb eines Monats nach Abschluss der Verhandlungen über die Entschädigung beim Versicherer sein (§ 92 VVG). Nach den Musterbedingungen des GDV zählt das Ende der Erhebungen zum Schaden. Sie können sofort oder zu einem späteren Tag kündigen, spätestens zum Ende des laufenden Versicherungsjahres.]</w:t>
      </w:r>
      <w:r>
        <w:br/>
      </w:r>
      <w:r>
        <w:rPr>
          <w:b w:val="0"/>
        </w:rPr>
        <w:t>für den Schaden vom [Datum], Schadennummer [Schadennummer], sind die Verhandlungen über die Entschädigung mit Ihrem Schreiben vom [Datum] abgeschlossen. Ich kündige meine Bootskaskoversicherung nach § 92 VVG [mit sofortiger Wirkung / zum [Datum], spätestens zum Ende des laufenden Versicherungsjahres].</w:t>
      </w:r>
    </w:p>
    <w:p>
      <w:r>
        <w:rPr>
          <w:b w:val="0"/>
        </w:rPr>
        <w:t>[Variante 5, nach einem Schaden in der Bootshaftpflicht. Möglich, wenn der Versicherer Ihren Anspruch auf Freistellung anerkannt oder zu Unrecht abgelehnt hat oder Sie anweist, es auf einen Rechtsstreit mit dem Geschädigten ankommen zu lassen. Die Kündigung muss innerhalb eines Monats nach der Anerkennung oder Ablehnung beim Versicherer sein, im Fall des Rechtsstreits innerhalb eines Monats nach Rechtskraft des Urteils (§ 111 VVG). Sie können sofort oder zu einem späteren Tag kündigen, spätestens zum Ende des laufenden Versicherungsjahres.]</w:t>
      </w:r>
      <w:r>
        <w:br/>
      </w:r>
      <w:r>
        <w:rPr>
          <w:b w:val="0"/>
        </w:rPr>
        <w:t>für den Schaden vom [Datum], Schadennummer [Schadennummer], haben Sie mit Schreiben vom [Datum] [meinen Anspruch auf Freistellung anerkannt / meinen Anspruch auf Freistellung abgelehnt / mich angewiesen, es auf einen Rechtsstreit mit dem Geschädigten ankommen zu lassen; das Urteil ist seit dem [Datum] rechtskräftig]. Ich kündige meine Bootshaftpflichtversicherung nach § 111 VVG [mit sofortiger Wirkung / zum [Datum], spätestens zum Ende des laufenden Versicherungsjahres].</w:t>
      </w:r>
    </w:p>
    <w:p>
      <w:r>
        <w:rPr>
          <w:b w:val="0"/>
        </w:rPr>
        <w:t>[Variante 6, Kündigung als Käufer eines versicherten Boots. Die Kaskoversicherung geht mit dem Boot auf Sie über (§ 95 VVG). Die Kündigung muss innerhalb eines Monats nach dem Erwerb beim Versicherer sein; wussten Sie nichts von der Versicherung, innerhalb eines Monats, nachdem Sie davon erfahren haben. Nach Ihrer Kündigung schuldet der Verkäufer den Beitrag, nicht Sie (§ 96 VVG). Ob auch die Bootshaftpflicht auf Sie übergegangen ist, regeln die Bedingungen des Vertrags.]</w:t>
      </w:r>
      <w:r>
        <w:br/>
      </w:r>
      <w:r>
        <w:rPr>
          <w:b w:val="0"/>
        </w:rPr>
        <w:t>ich habe das oben genannte Boot am [Datum des Eigentumsübergangs] von [Name des Verkäufers] erworben und bin damit in die Kaskoversicherung zu diesem Boot eingetreten. Ich kündige diese Versicherung nach § 96 Abs. 2 VVG [mit sofortiger Wirkung / zum Schluss der laufenden Versicherungsperiode]. [Nur wenn nach den Bedingungen auch die Bootshaftpflicht auf Sie übergegangen ist: Das gilt ebenso für die Haftpflichtversicherung zu diesem Boot.]</w:t>
      </w:r>
    </w:p>
    <w:p>
      <w:r>
        <w:rPr>
          <w:b w:val="0"/>
        </w:rPr>
        <w:t>[Variante 7, Anzeige des Verkaufs, für Sie als Verkäufer. Verkäufer oder Käufer müssen den Verkauf unverzüglich anzeigen (§ 97 VVG). Die Kaskoversicherung geht auf den Käufer über, für den Beitrag der laufenden Versicherungsperiode haften Sie und der Käufer gemeinsam (§ 95 VVG). Die Kaskoversicherung können danach nur noch der Käufer oder der Versicherer kündigen (§ 96 VVG). Ob die Bootshaftpflicht übergeht oder endet, regeln die Bedingungen Ihres Vertrags.]</w:t>
      </w:r>
      <w:r>
        <w:br/>
      </w:r>
      <w:r>
        <w:rPr>
          <w:b w:val="0"/>
        </w:rPr>
        <w:t>hiermit zeige ich Ihnen an, dass ich das oben genannte Boot am [Datum des Eigentumsübergangs] an [Vorname Nachname, Anschrift des Käufers] verkauft habe. [Eine Kopie des Kaufvertrags liegt bei.] Bitte teilen Sie mir mit, wie mit meiner Bootshaftpflichtversicherung zu diesem Boot weiter verfahren wird, und rechnen Sie zu viel gezahlte Beiträge ab.</w:t>
      </w:r>
    </w:p>
    <w:p>
      <w:r>
        <w:rPr>
          <w:b w:val="0"/>
        </w:rPr>
        <w:t>[Nur bei den Varianten 3 bis 6:] Sollte das genannte Kündigungsrecht nicht bestehen, gilt dieses Schreiben als ordentliche Kündigung zum nächstmöglichen Zeitpunkt.</w:t>
      </w:r>
    </w:p>
    <w:p>
      <w:r>
        <w:rPr>
          <w:b w:val="0"/>
        </w:rPr>
        <w:t>Bitte bestätigen Sie mir [die Kündigung und das Datum, zu dem der Vertrag endet / den Eingang dieser Anzeige] in Textform. [Nur bei Kündigung:] Das Ihnen erteilte SEPA-Lastschriftmandat für diesen Vertrag widerrufe ich zum Vertragsende.</w:t>
      </w:r>
    </w:p>
    <w:p>
      <w:r>
        <w:rPr>
          <w:b w:val="0"/>
        </w:rPr>
        <w:t>Mit freundlichen Grüßen</w:t>
      </w:r>
    </w:p>
    <w:p>
      <w:r>
        <w:rPr>
          <w:b w:val="0"/>
        </w:rPr>
        <w:t>[Unterschrift, bei E-Mail nicht nötig]</w:t>
      </w:r>
      <w:r>
        <w:br/>
      </w:r>
      <w:r>
        <w:rPr>
          <w:b w:val="0"/>
        </w:rPr>
        <w:t>[Vorname Nachname]</w:t>
      </w:r>
    </w:p>
    <w:p>
      <w:r>
        <w:rPr>
          <w:b w:val="0"/>
        </w:rPr>
        <w:t>Anlagen: [zum Beispiel Mitteilung der Beitragserhöhung, Schreiben zur Entschädigung, Kaufvertrag]</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