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w:t>
      </w:r>
    </w:p>
    <w:p>
      <w:r>
        <w:rPr>
          <w:b w:val="0"/>
        </w:rPr>
        <w:t>[Vorname Nachname]</w:t>
      </w:r>
      <w:r>
        <w:br/>
      </w:r>
      <w:r>
        <w:rPr>
          <w:b w:val="0"/>
        </w:rPr>
        <w:t>[Straße Hausnummer]</w:t>
      </w:r>
      <w:r>
        <w:br/>
      </w:r>
      <w:r>
        <w:rPr>
          <w:b w:val="0"/>
        </w:rPr>
        <w:t>[Postleitzahl Ort]</w:t>
      </w:r>
      <w:r>
        <w:br/>
      </w:r>
      <w:r>
        <w:rPr>
          <w:b w:val="0"/>
        </w:rPr>
        <w:t>Versichertennummer: [Versichertennummer]</w:t>
      </w:r>
    </w:p>
    <w:p>
      <w:pPr>
        <w:spacing w:after="360"/>
      </w:pPr>
    </w:p>
    <w:p>
      <w:r>
        <w:rPr>
          <w:b w:val="0"/>
        </w:rPr>
        <w:t>[Name der Krankenkasse]</w:t>
      </w:r>
      <w:r>
        <w:br/>
      </w:r>
      <w:r>
        <w:rPr>
          <w:b w:val="0"/>
        </w:rPr>
        <w:t>[Straße Hausnummer]</w:t>
      </w:r>
      <w:r>
        <w:br/>
      </w:r>
      <w:r>
        <w:rPr>
          <w:b w:val="0"/>
        </w:rPr>
        <w:t>[Postleitzahl Ort]</w:t>
      </w:r>
    </w:p>
    <w:p>
      <w:r>
        <w:rPr>
          <w:b w:val="0"/>
        </w:rPr>
        <w:t>[Ort], [Datum]</w:t>
      </w:r>
    </w:p>
    <w:p>
      <w:r>
        <w:rPr>
          <w:b/>
        </w:rPr>
        <w:t>Widerspruch gegen Ihren Bescheid vom [Datum des Bescheids], Aktenzeichen [Aktenzeichen]</w:t>
      </w:r>
    </w:p>
    <w:p>
      <w:r>
        <w:rPr>
          <w:b w:val="0"/>
        </w:rPr>
        <w:t>Sehr geehrte Damen und Herren,</w:t>
      </w:r>
    </w:p>
    <w:p>
      <w:r>
        <w:rPr>
          <w:b w:val="0"/>
        </w:rPr>
        <w:t>gegen Ihren oben genannten Bescheid, mit dem Sie [die Leistung, zum Beispiel die Kostenübernahme für eine Behandlung] abgelehnt haben, lege ich Widerspruch ein (§§ 83, 84 Sozialgerichtsgesetz).</w:t>
      </w:r>
    </w:p>
    <w:p>
      <w:r>
        <w:rPr>
          <w:b w:val="0"/>
        </w:rPr>
        <w:t>Begründung:</w:t>
      </w:r>
      <w:r>
        <w:br/>
      </w:r>
      <w:r>
        <w:rPr>
          <w:b w:val="0"/>
        </w:rPr>
        <w:t>[Warum die Leistung nötig ist, zum Beispiel: Laut beigefügtem Befund von Dr. Name vom Datum ist die Behandlung medizinisch notwendig, weil ...]</w:t>
      </w:r>
      <w:r>
        <w:br/>
      </w:r>
      <w:r>
        <w:rPr>
          <w:b w:val="0"/>
        </w:rPr>
        <w:t>[Falls zutreffend: Andere Behandlungen wurden bereits ohne Erfolg versucht, und zwar ...]</w:t>
      </w:r>
      <w:r>
        <w:br/>
      </w:r>
      <w:r>
        <w:rPr>
          <w:b w:val="0"/>
        </w:rPr>
        <w:t>[Nur wenn Sie sich die Leistung nach Ablauf der Frist und vor dem Ablehnungsbescheid selbst beschafft haben, nicht bei Reha: Sie haben über meinen Antrag vom ______ nicht innerhalb von drei Wochen, bei Einholung eines Gutachtens nicht innerhalb von fünf Wochen, bei einem zahnärztlichen Gutachterverfahren nicht innerhalb von sechs Wochen entschieden und mir keinen hinreichenden Grund dafür mitgeteilt. Die Leistung gilt daher als genehmigt. Bitte erstatten Sie mir die Kosten der selbst beschafften Leistung von ______ Euro, die Rechnung liegt bei (§ 13 Abs. 3a Satz 6 und 7 Sozialgesetzbuch V).]</w:t>
      </w:r>
    </w:p>
    <w:p>
      <w:r>
        <w:rPr>
          <w:b w:val="0"/>
        </w:rPr>
        <w:t>Ich beantrage Akteneinsicht, insbesondere in ein Gutachten oder eine Stellungnahme des Medizinischen Dienstes, auf die sich Ihre Entscheidung stützt (§ 25 Abs. 1 Sozialgesetzbuch X). Bitte senden Sie mir dazu Kopien (§ 25 Abs. 5 Sozialgesetzbuch X) sowie eine Kopie meiner dort gespeicherten Daten (Art. 15 Abs. 3 DSGVO). [Falls gewünscht: Alternativ können Sie die Unterlagen meinem behandelnden Arzt Dr. ______ übersenden.] Eine ausführliche Begründung reiche ich gegebenenfalls nach der Einsicht nach.</w:t>
      </w:r>
    </w:p>
    <w:p>
      <w:r>
        <w:rPr>
          <w:b w:val="0"/>
        </w:rPr>
        <w:t>Ich beantrage, den Bescheid aufzuheben und die beantragte Leistung zu bewilligen.</w:t>
      </w:r>
    </w:p>
    <w:p>
      <w:r>
        <w:rPr>
          <w:b w:val="0"/>
        </w:rPr>
        <w:t>Als Nachweis lege ich bei:</w:t>
      </w:r>
      <w:r>
        <w:br/>
      </w:r>
      <w:r>
        <w:rPr>
          <w:b w:val="0"/>
        </w:rPr>
        <w:t>[zum Beispiel ärztlicher Befund, Verordnung, Kostenvoranschlag]</w:t>
      </w:r>
    </w:p>
    <w:p>
      <w:r>
        <w:rPr>
          <w:b w:val="0"/>
        </w:rPr>
        <w:t>Bitte bestätigen Sie mir den Eingang dieses Widerspruchs schriftlich.</w:t>
      </w:r>
    </w:p>
    <w:p>
      <w:r>
        <w:rPr>
          <w:b w:val="0"/>
        </w:rPr>
        <w:t>Mit freundlichen Grüßen</w:t>
      </w:r>
    </w:p>
    <w:p>
      <w:r>
        <w:rPr>
          <w:b w:val="0"/>
        </w:rPr>
        <w:t>______________________________</w:t>
      </w:r>
      <w:r>
        <w:br/>
      </w:r>
      <w:r>
        <w:rPr>
          <w:b w:val="0"/>
        </w:rPr>
        <w:t>[Unterschrift]</w:t>
      </w:r>
      <w:r>
        <w:br/>
      </w:r>
      <w:r>
        <w:rPr>
          <w:b w:val="0"/>
        </w:rPr>
        <w:t>[Vorname Nachname]</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