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</w:rPr>
        <w:t>[Hinweis, vor dem Absenden löschen: Unverbindliches Muster für typische Fälle, Stand Oktober 2026. Es ersetzt keine Prüfung Ihres Einzelfalls.]</w:t>
      </w:r>
    </w:p>
    <w:p>
      <w:r>
        <w:rPr>
          <w:b w:val="0"/>
        </w:rPr>
        <w:t>[Vorname Nachname]</w:t>
      </w:r>
      <w:r>
        <w:br/>
      </w:r>
      <w:r>
        <w:rPr>
          <w:b w:val="0"/>
        </w:rPr>
        <w:t>[Straße Hausnummer]</w:t>
      </w:r>
      <w:r>
        <w:br/>
      </w:r>
      <w:r>
        <w:rPr>
          <w:b w:val="0"/>
        </w:rPr>
        <w:t>[Postleitzahl Ort]</w:t>
      </w:r>
      <w:r>
        <w:br/>
      </w:r>
      <w:r>
        <w:rPr>
          <w:b w:val="0"/>
        </w:rPr>
        <w:t>Personalnummer: [Personalnummer]</w:t>
      </w:r>
    </w:p>
    <w:p>
      <w:pPr>
        <w:spacing w:after="360"/>
      </w:pPr>
    </w:p>
    <w:p>
      <w:r>
        <w:rPr>
          <w:b w:val="0"/>
        </w:rPr>
        <w:t>[Name des Arbeitgebers, Personalabteilung]</w:t>
      </w:r>
      <w:r>
        <w:br/>
      </w:r>
      <w:r>
        <w:rPr>
          <w:b w:val="0"/>
        </w:rPr>
        <w:t>[Straße Hausnummer]</w:t>
      </w:r>
      <w:r>
        <w:br/>
      </w:r>
      <w:r>
        <w:rPr>
          <w:b w:val="0"/>
        </w:rPr>
        <w:t>[Postleitzahl Ort]</w:t>
      </w:r>
    </w:p>
    <w:p>
      <w:r>
        <w:rPr>
          <w:b w:val="0"/>
        </w:rPr>
        <w:t>[Ort], [Datum]</w:t>
      </w:r>
    </w:p>
    <w:p>
      <w:r>
        <w:rPr>
          <w:b/>
        </w:rPr>
        <w:t>Gutschrift von Urlaubstagen wegen Krankheit im Urlaub</w:t>
      </w:r>
    </w:p>
    <w:p>
      <w:r>
        <w:rPr>
          <w:b w:val="0"/>
        </w:rPr>
        <w:t>Sehr geehrte Damen und Herren,</w:t>
      </w:r>
    </w:p>
    <w:p>
      <w:r>
        <w:rPr>
          <w:b w:val="0"/>
        </w:rPr>
        <w:t>während meines genehmigten Urlaubs vom [Datum] bis zum [Datum] war ich vom [Datum] bis zum [Datum] arbeitsunfähig erkrankt. Die Arbeitsunfähigkeit ist ärztlich festgestellt. [Gesetzlich versichert und beim Kassenarzt: Die elektronische Bescheinigung können Sie bei meiner Krankenkasse abrufen (§ 109 Abs. 1 SGB IV, § 5 Abs. 1a Entgeltfortzahlungsgesetz).] [Privat versichert, beim Privatarzt oder im Ausland erkrankt: Die ärztliche Bescheinigung liegt bei.] Meine Arbeitsunfähigkeit habe ich Ihnen am ______ mitgeteilt.</w:t>
      </w:r>
    </w:p>
    <w:p>
      <w:r>
        <w:rPr>
          <w:b w:val="0"/>
        </w:rPr>
        <w:t>[Variante bei Erkrankung schon vor Urlaubsbeginn, ersetzt den ersten Absatz: Ich bin seit dem ______ arbeitsunfähig erkrankt, also bereits vor Beginn meines genehmigten Urlaubs vom ______ bis zum ______. Für Tage der Arbeitsunfähigkeit kann Urlaub nicht wirksam gewährt werden. Bitte belasten Sie mein Urlaubskonto für diese Tage nicht.]</w:t>
      </w:r>
    </w:p>
    <w:p>
      <w:r>
        <w:rPr>
          <w:b w:val="0"/>
        </w:rPr>
        <w:t>Die [Anzahl] durch ärztliches Zeugnis nachgewiesenen Arbeitstage der Arbeitsunfähigkeit werden nicht auf meinen Jahresurlaub angerechnet (§ 9 Bundesurlaubsgesetz). Bitte schreiben Sie mir diese Tage wieder auf meinem Urlaubskonto gut.</w:t>
      </w:r>
    </w:p>
    <w:p>
      <w:r>
        <w:rPr>
          <w:b w:val="0"/>
        </w:rPr>
        <w:t>Den nachzuholenden Urlaub möchte ich [vom Datum bis zum Datum nehmen / zu einem späteren Zeitpunkt beantragen]. Ich bitte um Genehmigung beziehungsweise um eine kurze Bestätigung der Gutschrift. Den Urlaub trete ich erst nach Ihrer Genehmigung an.</w:t>
      </w:r>
    </w:p>
    <w:p>
      <w:r>
        <w:rPr>
          <w:b w:val="0"/>
        </w:rPr>
        <w:t>Mit freundlichen Grüßen</w:t>
      </w:r>
    </w:p>
    <w:p>
      <w:r>
        <w:rPr>
          <w:b w:val="0"/>
        </w:rPr>
        <w:t>______________________________</w:t>
      </w:r>
      <w:r>
        <w:br/>
      </w:r>
      <w:r>
        <w:rPr>
          <w:b w:val="0"/>
        </w:rPr>
        <w:t>[Unterschrift]</w:t>
      </w:r>
      <w:r>
        <w:br/>
      </w:r>
      <w:r>
        <w:rPr>
          <w:b w:val="0"/>
        </w:rPr>
        <w:t>[Vorname Nachname]</w:t>
      </w:r>
    </w:p>
    <w:sectPr w:rsidR="00FC693F" w:rsidRPr="0006063C" w:rsidSect="00034616"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