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</w:rPr>
        <w:t>[Hinweis, vor dem Absenden löschen: Unverbindliches Muster für typische Fälle, Stand Oktober 2026. Es ersetzt keine Prüfung Ihres Einzelfalls.]</w:t>
      </w:r>
    </w:p>
    <w:p>
      <w:r>
        <w:rPr>
          <w:b w:val="0"/>
        </w:rPr>
        <w:t>[Vorname Nachname]</w:t>
      </w:r>
      <w:r>
        <w:br/>
      </w:r>
      <w:r>
        <w:rPr>
          <w:b w:val="0"/>
        </w:rPr>
        <w:t>[Straße Hausnummer]</w:t>
      </w:r>
      <w:r>
        <w:br/>
      </w:r>
      <w:r>
        <w:rPr>
          <w:b w:val="0"/>
        </w:rPr>
        <w:t>[Postleitzahl Ort]</w:t>
      </w:r>
    </w:p>
    <w:p>
      <w:pPr>
        <w:spacing w:after="360"/>
      </w:pPr>
    </w:p>
    <w:p>
      <w:r>
        <w:rPr>
          <w:b w:val="0"/>
        </w:rPr>
        <w:t>[Name des bisherigen Riester-Anbieters]</w:t>
      </w:r>
      <w:r>
        <w:br/>
      </w:r>
      <w:r>
        <w:rPr>
          <w:b w:val="0"/>
        </w:rPr>
        <w:t>[Straße Hausnummer]</w:t>
      </w:r>
      <w:r>
        <w:br/>
      </w:r>
      <w:r>
        <w:rPr>
          <w:b w:val="0"/>
        </w:rPr>
        <w:t>[Postleitzahl Ort]</w:t>
      </w:r>
    </w:p>
    <w:p>
      <w:r>
        <w:rPr>
          <w:b w:val="0"/>
        </w:rPr>
        <w:t>[Ort], [Datum]</w:t>
      </w:r>
    </w:p>
    <w:p>
      <w:r>
        <w:rPr>
          <w:b/>
        </w:rPr>
        <w:t>Kündigung zur Übertragung meines Riester-Vertrags Nr. [Vertragsnummer]</w:t>
      </w:r>
    </w:p>
    <w:p>
      <w:r>
        <w:rPr>
          <w:b w:val="0"/>
        </w:rPr>
        <w:t>Sehr geehrte Damen und Herren,</w:t>
      </w:r>
    </w:p>
    <w:p>
      <w:r>
        <w:rPr>
          <w:b w:val="0"/>
        </w:rPr>
        <w:t>hiermit kündige ich meinen Riester-Vertrag Nr. [Vertragsnummer] mit einer Frist von drei Monaten zum Ende des Kalendervierteljahres, also zum [Datum], hilfsweise zum nächstmöglichen Termin, zur Übertragung des gebildeten Kapitals auf einen anderen auf meinen Namen lautenden zertifizierten Altersvorsorgevertrag (§ 1 Abs. 1 Satz 1 Nr. 10 b Altersvorsorgeverträge-Zertifizierungsgesetz). Die Übertragung ist nach § 93 Abs. 2 Satz 1 EStG keine schädliche Verwendung.</w:t>
      </w:r>
    </w:p>
    <w:p>
      <w:r>
        <w:rPr>
          <w:b w:val="0"/>
        </w:rPr>
        <w:t>Eine Auszahlung an mich wünsche ich ausdrücklich nicht.</w:t>
      </w:r>
    </w:p>
    <w:p>
      <w:r>
        <w:rPr>
          <w:b w:val="0"/>
        </w:rPr>
        <w:t>Bitte übertragen Sie das Kapital direkt auf meinen neuen Vertrag:</w:t>
      </w:r>
      <w:r>
        <w:br/>
      </w:r>
      <w:r>
        <w:rPr>
          <w:b w:val="0"/>
        </w:rPr>
        <w:t>Anbieter: [Name des neuen Anbieters]</w:t>
      </w:r>
      <w:r>
        <w:br/>
      </w:r>
      <w:r>
        <w:rPr>
          <w:b w:val="0"/>
        </w:rPr>
        <w:t>Vertragsnummer: [neue Vertragsnummer]</w:t>
      </w:r>
      <w:r>
        <w:br/>
      </w:r>
      <w:r>
        <w:rPr>
          <w:b w:val="0"/>
        </w:rPr>
        <w:t>Zertifizierungsnummer: [Zertifizierungsnummer des neuen Vertrags]</w:t>
      </w:r>
      <w:r>
        <w:br/>
      </w:r>
      <w:r>
        <w:rPr>
          <w:b w:val="0"/>
        </w:rPr>
        <w:t>Kontoverbindung des neuen Anbieters: [IBAN laut Angabe des neuen Anbieters]</w:t>
      </w:r>
    </w:p>
    <w:p>
      <w:r>
        <w:rPr>
          <w:b w:val="0"/>
        </w:rPr>
        <w:t>Die Bestätigung des neuen Anbieters über den Vertragsabschluss lege ich bei.</w:t>
      </w:r>
    </w:p>
    <w:p>
      <w:r>
        <w:rPr>
          <w:b w:val="0"/>
        </w:rPr>
        <w:t>Bitte teilen Sie mir vorab den Übertragungswert und die Kosten der Übertragung (höchstens 150 Euro nach § 1 Abs. 1 Satz 3 Altersvorsorgeverträge-Zertifizierungsgesetz) schriftlich mit.</w:t>
      </w:r>
    </w:p>
    <w:p>
      <w:r>
        <w:rPr>
          <w:b w:val="0"/>
        </w:rPr>
        <w:t>Das Ihnen erteilte SEPA-Lastschriftmandat widerrufe ich zum Kündigungstermin.</w:t>
      </w:r>
    </w:p>
    <w:p>
      <w:r>
        <w:rPr>
          <w:b w:val="0"/>
        </w:rPr>
        <w:t>Bitte bestätigen Sie mir den Eingang dieser Kündigung schriftlich innerhalb von 14 Tagen.</w:t>
      </w:r>
    </w:p>
    <w:p>
      <w:r>
        <w:rPr>
          <w:b w:val="0"/>
        </w:rPr>
        <w:t>Mit freundlichen Grüßen</w:t>
      </w:r>
    </w:p>
    <w:p>
      <w:r>
        <w:rPr>
          <w:b w:val="0"/>
        </w:rPr>
        <w:t>______________________________</w:t>
      </w:r>
      <w:r>
        <w:br/>
      </w:r>
      <w:r>
        <w:rPr>
          <w:b w:val="0"/>
        </w:rPr>
        <w:t>[Unterschrift]</w:t>
      </w:r>
      <w:r>
        <w:br/>
      </w:r>
      <w:r>
        <w:rPr>
          <w:b w:val="0"/>
        </w:rPr>
        <w:t>[Vorname Nachname]</w:t>
      </w:r>
    </w:p>
    <w:sectPr w:rsidR="00FC693F" w:rsidRPr="0006063C" w:rsidSect="00034616"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