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Eine Stundung, Ratenpause oder Ratensenkung ist eine Vereinbarung mit der Bank. Einen Anspruch auf eine bestimmte dieser Lösungen gibt Ihnen das Gesetz nicht. Schreiben Sie möglichst früh: Wegen Zahlungsverzugs darf die Bank einen Ratenkredit nur unter den Voraussetzungen von § 498 BGB kündigen, unter anderem bei mindestens zwei aufeinanderfolgenden Raten im Verzug und nach einer erfolglosen Zahlungsfrist von zwei Wochen. Wählen Sie unten eine Variante und löschen Sie die anderen. Den Absatz zu § 497a BGB nur verwenden, wenn Ihr Kreditvertrag ab dem 20.11.2026 geschlossen wurde, sonst löschen.]</w:t>
      </w:r>
    </w:p>
    <w:p>
      <w:r>
        <w:rPr>
          <w:b w:val="0"/>
        </w:rPr>
        <w:t>[Vorname Nachname]</w:t>
      </w:r>
      <w:r>
        <w:br/>
      </w:r>
      <w:r>
        <w:rPr>
          <w:b w:val="0"/>
        </w:rPr>
        <w:t>[Straße Hausnummer]</w:t>
      </w:r>
      <w:r>
        <w:br/>
      </w:r>
      <w:r>
        <w:rPr>
          <w:b w:val="0"/>
        </w:rPr>
        <w:t>[PLZ Ort]</w:t>
      </w:r>
      <w:r>
        <w:br/>
      </w:r>
      <w:r>
        <w:rPr>
          <w:b w:val="0"/>
        </w:rPr>
        <w:t>[E-Mail, Telefon]</w:t>
      </w:r>
    </w:p>
    <w:p>
      <w:pPr>
        <w:spacing w:after="360"/>
      </w:pPr>
    </w:p>
    <w:p>
      <w:r>
        <w:rPr>
          <w:b w:val="0"/>
        </w:rPr>
        <w:t>[Name der Bank]</w:t>
      </w:r>
      <w:r>
        <w:br/>
      </w:r>
      <w:r>
        <w:rPr>
          <w:b w:val="0"/>
        </w:rPr>
        <w:t>[Abteilung, falls bekannt]</w:t>
      </w:r>
      <w:r>
        <w:br/>
      </w:r>
      <w:r>
        <w:rPr>
          <w:b w:val="0"/>
        </w:rPr>
        <w:t>[Straße Hausnummer]</w:t>
      </w:r>
      <w:r>
        <w:br/>
      </w:r>
      <w:r>
        <w:rPr>
          <w:b w:val="0"/>
        </w:rPr>
        <w:t>[PLZ Ort]</w:t>
      </w:r>
    </w:p>
    <w:p>
      <w:pPr>
        <w:spacing w:after="360"/>
      </w:pPr>
    </w:p>
    <w:p>
      <w:r>
        <w:rPr>
          <w:b w:val="0"/>
        </w:rPr>
        <w:t>[Ort], [Datum]</w:t>
      </w:r>
    </w:p>
    <w:p>
      <w:r>
        <w:rPr>
          <w:b/>
        </w:rPr>
        <w:t>Ratenkredit Nr. [Vertragsnummer]: Bitte um [Stundung / Ratenpause / Ratensenkung] wegen vorübergehender Zahlungsschwierigkeiten</w:t>
      </w:r>
    </w:p>
    <w:p>
      <w:r>
        <w:rPr>
          <w:b w:val="0"/>
        </w:rPr>
        <w:t>Sehr geehrte Damen und Herren,</w:t>
      </w:r>
    </w:p>
    <w:p>
      <w:r>
        <w:rPr>
          <w:b w:val="0"/>
        </w:rPr>
        <w:t>ich habe bei Ihnen den oben genannten Ratenkredit mit einer monatlichen Rate von [Betrag] Euro. Seit [Monat Jahr] kann ich die Rate vorübergehend nicht oder nicht vollständig zahlen, weil [Grund, zum Beispiel Arbeitslosigkeit, Krankheit, Kurzarbeit, Trennung]. Ich rechne damit, dass sich meine Lage ab [Monat Jahr] wieder bessert, weil [zum Beispiel neue Stelle ab, Ende des Krankengeldbezugs, Wegfall einer Belastung].</w:t>
      </w:r>
    </w:p>
    <w:p>
      <w:r>
        <w:rPr>
          <w:b w:val="0"/>
        </w:rPr>
        <w:t>Ich möchte den Kredit vollständig zurückzahlen und bitte Sie deshalb um folgende Lösung:</w:t>
      </w:r>
    </w:p>
    <w:p>
      <w:r>
        <w:rPr>
          <w:b w:val="0"/>
        </w:rPr>
        <w:t>Variante A, Stundung oder Ratenpause: Aussetzen der Raten für [Anzahl] Monate, von [Monat Jahr] bis [Monat Jahr].</w:t>
      </w:r>
    </w:p>
    <w:p>
      <w:r>
        <w:rPr>
          <w:b w:val="0"/>
        </w:rPr>
        <w:t>Variante B, Ratensenkung: Senkung der monatlichen Rate auf [Betrag] Euro für [Anzahl] Monate, von [Monat Jahr] bis [Monat Jahr].</w:t>
      </w:r>
    </w:p>
    <w:p>
      <w:r>
        <w:rPr>
          <w:b w:val="0"/>
        </w:rPr>
        <w:t>Variante C, Laufzeitverlängerung: Verlängerung der Laufzeit um [Anzahl] Monate mit einer neuen monatlichen Rate von [Betrag] Euro.</w:t>
      </w:r>
    </w:p>
    <w:p>
      <w:r>
        <w:rPr>
          <w:b w:val="0"/>
        </w:rPr>
        <w:t>Bis zu Ihrer Antwort zahle ich monatlich [Betrag] Euro. Meine aktuelle Einnahmen- und Ausgabenübersicht lege ich bei.</w:t>
      </w:r>
    </w:p>
    <w:p>
      <w:r>
        <w:rPr>
          <w:b w:val="0"/>
        </w:rPr>
        <w:t>Bitte teilen Sie mir schriftlich mit, ob Sie meiner Bitte zustimmen, welche Zinsen oder Kosten durch die Änderung entstehen und wie sich Restschuld, Gesamtbetrag und Laufzeit ändern. Für ein Gespräch über eine einvernehmliche Lösung stehe ich gern zur Verfügung, telefonisch erreichen Sie mich unter [Telefonnummer].</w:t>
      </w:r>
    </w:p>
    <w:p>
      <w:r>
        <w:rPr>
          <w:b w:val="0"/>
        </w:rPr>
        <w:t>[Falls zutreffend: Den Leistungsfall habe ich außerdem bei meiner Restschuldversicherung [Name, Vertragsnummer] gemeldet.]</w:t>
      </w:r>
    </w:p>
    <w:p>
      <w:r>
        <w:rPr>
          <w:b w:val="0"/>
        </w:rPr>
        <w:t>[Falls zutreffend: Ich lasse mich bei [Name der Schuldnerberatungsstelle] beraten.]</w:t>
      </w:r>
    </w:p>
    <w:p>
      <w:r>
        <w:rPr>
          <w:b w:val="0"/>
        </w:rPr>
        <w:t>[Nur bei Kreditverträgen, die ab dem 20.11.2026 geschlossen wurden: Nach § 497a BGB in der ab 20.11.2026 geltenden Fassung haben Sie mich bei Schwierigkeiten mit der Erfüllung meiner finanziellen Verpflichtungen an leicht zugängliche Schuldnerberatungsdienste zu verweisen und vor einer Zwangsvollstreckung, sofern angebracht, angemessene Nachsicht walten zu lassen. Ich bitte Sie, mein Anliegen auch in diesem Sinne zu prüfen.]</w:t>
      </w:r>
    </w:p>
    <w:p>
      <w:r>
        <w:rPr>
          <w:b w:val="0"/>
        </w:rPr>
        <w:t>Mit freundlichen Grüßen</w:t>
      </w:r>
    </w:p>
    <w:p>
      <w:r>
        <w:rPr>
          <w:b w:val="0"/>
        </w:rPr>
        <w:t>[Unterschrift]</w:t>
      </w:r>
      <w:r>
        <w:br/>
      </w:r>
      <w:r>
        <w:rPr>
          <w:b w:val="0"/>
        </w:rPr>
        <w:t>[Vorname Nachname]</w:t>
      </w:r>
    </w:p>
    <w:p>
      <w:r>
        <w:rPr>
          <w:b w:val="0"/>
        </w:rPr>
        <w:t>Anlage:</w:t>
      </w:r>
      <w:r>
        <w:br/>
      </w:r>
      <w:r>
        <w:rPr>
          <w:b w:val="0"/>
        </w:rPr>
        <w:t>[Einnahmen- und Ausgabenübersicht]</w:t>
      </w:r>
      <w:r>
        <w:br/>
      </w:r>
      <w:r>
        <w:rPr>
          <w:b w:val="0"/>
        </w:rPr>
        <w:t>[Nachweis zum Grund, zum Beispiel Kündigungsschreiben, Bescheid über Arbeitslosengeld oder Krankengeld]</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