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Oktober 2026. Es ersetzt keine Prüfung Ihres Einzelfalls. Die erste Kopie Ihrer Daten ist nach Art. 15 Abs. 3 DSGVO kostenlos, eine Begrenzung auf einmal im Jahr steht nicht in der DSGVO; für weitere Kopien darf die SCHUFA ein angemessenes Entgelt verlangen. Den neuen SCHUFA-Score sehen Sie zusätzlich kostenlos im SCHUFA-Account. Den Absatz zu § 37a BDSG nur verwenden, wenn Sie den Antrag ab dem 20.11.2026 stellen, sonst löschen.]</w:t>
      </w:r>
    </w:p>
    <w:p>
      <w:r>
        <w:rPr>
          <w:b w:val="0"/>
        </w:rPr>
        <w:t>[Vorname Nachname]</w:t>
      </w:r>
      <w:r>
        <w:br/>
      </w:r>
      <w:r>
        <w:rPr>
          <w:b w:val="0"/>
        </w:rPr>
        <w:t>[Geburtsname, falls abweichend]</w:t>
      </w:r>
      <w:r>
        <w:br/>
      </w:r>
      <w:r>
        <w:rPr>
          <w:b w:val="0"/>
        </w:rPr>
        <w:t>[Geburtsdatum], [Geburtsort]</w:t>
      </w:r>
      <w:r>
        <w:br/>
      </w:r>
      <w:r>
        <w:rPr>
          <w:b w:val="0"/>
        </w:rPr>
        <w:t>[Straße Hausnummer]</w:t>
      </w:r>
      <w:r>
        <w:br/>
      </w:r>
      <w:r>
        <w:rPr>
          <w:b w:val="0"/>
        </w:rPr>
        <w:t>[PLZ Ort]</w:t>
      </w:r>
      <w:r>
        <w:br/>
      </w:r>
      <w:r>
        <w:rPr>
          <w:b w:val="0"/>
        </w:rPr>
        <w:t>[E-Mail, Telefon]</w:t>
      </w:r>
    </w:p>
    <w:p>
      <w:pPr>
        <w:spacing w:after="360"/>
      </w:pPr>
    </w:p>
    <w:p>
      <w:r>
        <w:rPr>
          <w:b w:val="0"/>
        </w:rPr>
        <w:t>SCHUFA Holding AG</w:t>
      </w:r>
      <w:r>
        <w:br/>
      </w:r>
      <w:r>
        <w:rPr>
          <w:b w:val="0"/>
        </w:rPr>
        <w:t>Kormoranweg 5</w:t>
      </w:r>
      <w:r>
        <w:br/>
      </w:r>
      <w:r>
        <w:rPr>
          <w:b w:val="0"/>
        </w:rPr>
        <w:t>65201 Wiesbaden</w:t>
      </w:r>
    </w:p>
    <w:p>
      <w:pPr>
        <w:spacing w:after="360"/>
      </w:pPr>
    </w:p>
    <w:p>
      <w:r>
        <w:rPr>
          <w:b w:val="0"/>
        </w:rPr>
        <w:t>[Ort], [Datum]</w:t>
      </w:r>
    </w:p>
    <w:p>
      <w:r>
        <w:rPr>
          <w:b/>
        </w:rPr>
        <w:t>Antrag auf Auskunft und unentgeltliche Datenkopie nach Art. 15 DSGVO</w:t>
      </w:r>
    </w:p>
    <w:p>
      <w:r>
        <w:rPr>
          <w:b w:val="0"/>
        </w:rPr>
        <w:t>Sehr geehrte Damen und Herren,</w:t>
      </w:r>
    </w:p>
    <w:p>
      <w:r>
        <w:rPr>
          <w:b w:val="0"/>
        </w:rPr>
        <w:t>nach Art. 15 Abs. 1 der Datenschutz-Grundverordnung (DSGVO) bitte ich um Bestätigung, ob Sie personenbezogene Daten zu meiner Person verarbeiten. Ist das der Fall, bitte ich um Auskunft über diese Daten, einschließlich aller zu meiner Person gespeicherten oder berechneten Scorewerte, und um folgende Informationen:</w:t>
      </w:r>
    </w:p>
    <w:p>
      <w:r>
        <w:rPr>
          <w:b w:val="0"/>
        </w:rPr>
        <w:t>1. die Zwecke der Verarbeitung,</w:t>
      </w:r>
      <w:r>
        <w:br/>
      </w:r>
      <w:r>
        <w:rPr>
          <w:b w:val="0"/>
        </w:rPr>
        <w:t>2. die Kategorien der verarbeiteten Daten,</w:t>
      </w:r>
      <w:r>
        <w:br/>
      </w:r>
      <w:r>
        <w:rPr>
          <w:b w:val="0"/>
        </w:rPr>
        <w:t>3. die Empfänger, denen Sie meine Daten oder Scorewerte offengelegt haben oder noch offenlegen werden,</w:t>
      </w:r>
      <w:r>
        <w:br/>
      </w:r>
      <w:r>
        <w:rPr>
          <w:b w:val="0"/>
        </w:rPr>
        <w:t>4. die geplante Speicherdauer oder die Kriterien für ihre Festlegung,</w:t>
      </w:r>
      <w:r>
        <w:br/>
      </w:r>
      <w:r>
        <w:rPr>
          <w:b w:val="0"/>
        </w:rPr>
        <w:t>5. die Herkunft der Daten, soweit Sie sie nicht bei mir erhoben haben,</w:t>
      </w:r>
      <w:r>
        <w:br/>
      </w:r>
      <w:r>
        <w:rPr>
          <w:b w:val="0"/>
        </w:rPr>
        <w:t>6. ob eine automatisierte Entscheidungsfindung einschließlich Profiling nach Art. 22 Abs. 1 und 4 DSGVO besteht, und in diesem Fall aussagekräftige Informationen über die involvierte Logik sowie die Tragweite und die angestrebten Auswirkungen der Verarbeitung für mich.</w:t>
      </w:r>
    </w:p>
    <w:p>
      <w:r>
        <w:rPr>
          <w:b w:val="0"/>
        </w:rPr>
        <w:t>Bitte stellen Sie mir nach Art. 15 Abs. 3 DSGVO eine unentgeltliche Kopie der Daten zur Verfügung, die Gegenstand der Verarbeitung sind.</w:t>
      </w:r>
    </w:p>
    <w:p>
      <w:r>
        <w:rPr>
          <w:b w:val="0"/>
        </w:rPr>
        <w:t>[Nur bei Antrag ab dem 20.11.2026: Nach § 37a Abs. 4 BDSG in der ab 20.11.2026 geltenden Fassung bitte ich außerdem um Mitteilung der für die Erstellung meiner Scorewerte genutzten Daten und Kriterien, der Gewichtung der Kategorien von Kriterien und der einzelnen Kriterien zueinander, die den Wert am stärksten beeinflussen, der Aussagekraft des konkreten Scorewerts sowie der erstellten Scorewerte und ihrer Empfänger.]</w:t>
      </w:r>
    </w:p>
    <w:p>
      <w:r>
        <w:rPr>
          <w:b w:val="0"/>
        </w:rPr>
        <w:t>Nach Art. 12 Abs. 3 DSGVO erwarte ich Ihre Antwort unverzüglich, spätestens innerhalb eines Monats nach Eingang dieses Antrags. Bitte senden Sie die Auskunft an die oben genannte Anschrift. Sollten Sie begründete Zweifel an meiner Identität haben, teilen Sie mir bitte mit, welche zusätzlichen Angaben Sie dafür benötigen.</w:t>
      </w:r>
    </w:p>
    <w:p>
      <w:r>
        <w:rPr>
          <w:b w:val="0"/>
        </w:rPr>
        <w:t>[Falls zutreffend: Frühere Anschriften der letzten Jahre:</w:t>
      </w:r>
      <w:r>
        <w:br/>
      </w:r>
      <w:r>
        <w:rPr>
          <w:b w:val="0"/>
        </w:rPr>
        <w:t>[Straße Hausnummer, PLZ Ort, von bis]]</w:t>
      </w:r>
    </w:p>
    <w:p>
      <w:r>
        <w:rPr>
          <w:b w:val="0"/>
        </w:rPr>
        <w:t>Mit freundlichen Grüßen</w:t>
      </w:r>
    </w:p>
    <w:p>
      <w:r>
        <w:rPr>
          <w:b w:val="0"/>
        </w:rPr>
        <w:t>[Unterschrift]</w:t>
      </w:r>
      <w:r>
        <w:br/>
      </w:r>
      <w:r>
        <w:rPr>
          <w:b w:val="0"/>
        </w:rPr>
        <w:t>[Vorname Nachname]</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