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[Vorname Nachname]</w:t>
      </w:r>
      <w:r>
        <w:br/>
      </w:r>
      <w:r>
        <w:rPr>
          <w:b w:val="0"/>
        </w:rPr>
        <w:t>[Funktion, zum Beispiel Geschäftsführer der Muster GmbH]</w:t>
      </w:r>
      <w:r>
        <w:br/>
      </w:r>
      <w:r>
        <w:rPr>
          <w:b w:val="0"/>
        </w:rPr>
        <w:t>[Straße Hausnummer]</w:t>
      </w:r>
      <w:r>
        <w:br/>
      </w:r>
      <w:r>
        <w:rPr>
          <w:b w:val="0"/>
        </w:rPr>
        <w:t>[PLZ Ort]</w:t>
      </w:r>
      <w:r>
        <w:br/>
      </w:r>
      <w:r>
        <w:rPr>
          <w:b w:val="0"/>
        </w:rPr>
        <w:t>[E-Mail, Telefon]</w:t>
      </w:r>
    </w:p>
    <w:p>
      <w:pPr>
        <w:spacing w:after="360"/>
      </w:pPr>
    </w:p>
    <w:p>
      <w:r>
        <w:rPr>
          <w:b w:val="0"/>
        </w:rPr>
        <w:t>[Name des D&amp;O-Versicherers]</w:t>
      </w:r>
      <w:r>
        <w:br/>
      </w:r>
      <w:r>
        <w:rPr>
          <w:b w:val="0"/>
        </w:rPr>
        <w:t>[Abteilung Schaden oder Financial Lines]</w:t>
      </w:r>
      <w:r>
        <w:br/>
      </w:r>
      <w:r>
        <w:rPr>
          <w:b w:val="0"/>
        </w:rPr>
        <w:t>[Straße Hausnummer]</w:t>
      </w:r>
      <w:r>
        <w:br/>
      </w:r>
      <w:r>
        <w:rPr>
          <w:b w:val="0"/>
        </w:rPr>
        <w:t>[PLZ Ort]</w:t>
      </w:r>
    </w:p>
    <w:p>
      <w:pPr>
        <w:spacing w:after="360"/>
      </w:pPr>
    </w:p>
    <w:p>
      <w:r>
        <w:rPr>
          <w:b w:val="0"/>
        </w:rPr>
        <w:t>[Ort], [Datum]</w:t>
      </w:r>
    </w:p>
    <w:p>
      <w:r>
        <w:rPr>
          <w:b/>
        </w:rPr>
        <w:t>Meldung zur D&amp;O-Versicherung, Versicherungsschein-Nr. [Nummer], Versicherungsnehmer [Unternehmen]</w:t>
      </w:r>
    </w:p>
    <w:p>
      <w:r>
        <w:rPr>
          <w:b w:val="0"/>
        </w:rPr>
        <w:t>Sehr geehrte Damen und Herren,</w:t>
      </w:r>
    </w:p>
    <w:p>
      <w:r>
        <w:rPr>
          <w:b w:val="0"/>
        </w:rPr>
        <w:t>als versicherte Person der oben genannten D&amp;O-Versicherung melde ich Ihnen [Zutreffendes wählen und den anderen Satz löschen]:</w:t>
      </w:r>
    </w:p>
    <w:p>
      <w:r>
        <w:rPr>
          <w:b w:val="0"/>
        </w:rPr>
        <w:t>Variante A, Inanspruchnahme: Mit Schreiben vom [Datum], mir zugegangen am [Datum], nimmt mich [Name des Anspruchstellers, zum Beispiel die Gesellschaft, der Insolvenzverwalter oder das Finanzamt] auf Schadenersatz in Höhe von [Betrag] Euro in Anspruch. Eine Kopie des Schreibens liegt bei.</w:t>
      </w:r>
    </w:p>
    <w:p>
      <w:r>
        <w:rPr>
          <w:b w:val="0"/>
        </w:rPr>
        <w:t>Variante B, Umstände: Mir sind folgende Umstände bekannt geworden, die zu einer Inanspruchnahme führen können. Ich melde sie vorsorglich, damit eine spätere Inanspruchnahme dieser Versicherung zugeordnet wird.</w:t>
      </w:r>
    </w:p>
    <w:p>
      <w:r>
        <w:rPr>
          <w:b w:val="0"/>
        </w:rPr>
        <w:t>Sachverhalt in Kürze:</w:t>
      </w:r>
      <w:r>
        <w:br/>
      </w:r>
      <w:r>
        <w:rPr>
          <w:b w:val="0"/>
        </w:rPr>
        <w:t>[Was ist wann passiert, welche Entscheidung oder Unterlassung wird vorgeworfen, welche Personen sind beteiligt]</w:t>
      </w:r>
    </w:p>
    <w:p>
      <w:r>
        <w:rPr>
          <w:b w:val="0"/>
        </w:rPr>
        <w:t>Mögliche oder geforderte Schadenhöhe: [Betrag oder Schätzung]</w:t>
      </w:r>
      <w:r>
        <w:br/>
      </w:r>
      <w:r>
        <w:rPr>
          <w:b w:val="0"/>
        </w:rPr>
        <w:t>Gerichtliches Verfahren oder Ermittlungsverfahren: [nein / ja, Aktenzeichen und Gericht oder Behörde]</w:t>
      </w:r>
      <w:r>
        <w:br/>
      </w:r>
      <w:r>
        <w:rPr>
          <w:b w:val="0"/>
        </w:rPr>
        <w:t>Weitere Versicherungen, die betroffen sein können: [zum Beispiel persönliche D&amp;O, Strafrechtsschutz, Vertrags-Nr.]</w:t>
      </w:r>
    </w:p>
    <w:p>
      <w:r>
        <w:rPr>
          <w:b w:val="0"/>
        </w:rPr>
        <w:t>Ich habe den Anspruch weder anerkannt noch mich verglichen und werde dies nicht ohne Abstimmung mit Ihnen tun. Bitte bestätigen Sie mir den Eingang dieser Meldung schriftlich und teilen Sie mir mit, wie Sie weiter vorgehen und ob Sie einen Rechtsanwalt benennen.</w:t>
      </w:r>
    </w:p>
    <w:p>
      <w:r>
        <w:rPr>
          <w:b w:val="0"/>
        </w:rPr>
        <w:t>Anlagen:</w:t>
      </w:r>
      <w:r>
        <w:br/>
      </w:r>
      <w:r>
        <w:rPr>
          <w:b w:val="0"/>
        </w:rPr>
        <w:t>[Anspruchsschreiben, Klage, Haftungsbescheid oder Schreiben der Behörde]</w:t>
      </w:r>
      <w:r>
        <w:br/>
      </w:r>
      <w:r>
        <w:rPr>
          <w:b w:val="0"/>
        </w:rPr>
        <w:t>[Eigene Notizen, Protokolle, Beschlüsse, soweit vorhanden]</w:t>
      </w:r>
    </w:p>
    <w:p>
      <w:r>
        <w:rPr>
          <w:b w:val="0"/>
        </w:rPr>
        <w:t>Mit freundlichen Grüßen</w:t>
      </w:r>
    </w:p>
    <w:p>
      <w:r>
        <w:rPr>
          <w:b w:val="0"/>
        </w:rPr>
        <w:t>[Unterschrift]</w:t>
      </w:r>
      <w:r>
        <w:br/>
      </w:r>
      <w:r>
        <w:rPr>
          <w:b w:val="0"/>
        </w:rPr>
        <w:t>[Vorname Nachname]</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