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[Hinweis, vor dem Absenden löschen: Unverbindliches Muster für typische Fälle, Stand Oktober 2026. Es ersetzt keine Prüfung Ihres Einzelfalls. Melden Sie jeden Schaden unverzüglich (§ 30 VVG). In der Bootshaftpflicht gilt zusätzlich: Tatsachen, die Ihre Haftung gegenüber einem anderen zur Folge haben könnten, innerhalb einer Woche melden, einen erhobenen Anspruch innerhalb einer Woche nach der Geltendmachung, eine Klage, einen Antrag auf Prozesskostenhilfe, eine Streitverkündung oder ein Ermittlungsverfahren unverzüglich. Für die Wochenfrist genügt die rechtzeitige Absendung (§ 104 VVG). Für die Bootskasko sehen die Musterbedingungen des GDV die Meldung in Textform vor, also zum Beispiel per Brief oder E-Mail. Melden Sie lieber früh mit vorläufigen Angaben und reichen Sie Unterlagen nach. Wählen Sie Variante A oder B, oder beide, wenn beide Versicherungen betroffen sind, und löschen Sie alle Hinweise in eckigen Klammern. Maßgeblich sind die Bedingungen Ihres Vertrags.]</w:t>
      </w:r>
    </w:p>
    <w:p>
      <w:r>
        <w:rPr>
          <w:b w:val="0"/>
        </w:rPr>
        <w:t>[Vorname Nachname]</w:t>
      </w:r>
      <w:r>
        <w:br/>
      </w:r>
      <w:r>
        <w:rPr>
          <w:b w:val="0"/>
        </w:rPr>
        <w:t>[Straße Hausnummer]</w:t>
      </w:r>
      <w:r>
        <w:br/>
      </w:r>
      <w:r>
        <w:rPr>
          <w:b w:val="0"/>
        </w:rPr>
        <w:t>[Postleitzahl Ort]</w:t>
      </w:r>
      <w:r>
        <w:br/>
      </w:r>
      <w:r>
        <w:rPr>
          <w:b w:val="0"/>
        </w:rPr>
        <w:t>[E-Mail, Telefon]</w:t>
      </w:r>
    </w:p>
    <w:p>
      <w:pPr>
        <w:spacing w:after="360"/>
      </w:pPr>
    </w:p>
    <w:p>
      <w:r>
        <w:rPr>
          <w:b w:val="0"/>
        </w:rPr>
        <w:t>[Name des Versicherers]</w:t>
      </w:r>
      <w:r>
        <w:br/>
      </w:r>
      <w:r>
        <w:rPr>
          <w:b w:val="0"/>
        </w:rPr>
        <w:t>[Abteilung Schaden]</w:t>
      </w:r>
      <w:r>
        <w:br/>
      </w:r>
      <w:r>
        <w:rPr>
          <w:b w:val="0"/>
        </w:rPr>
        <w:t>[Straße Hausnummer]</w:t>
      </w:r>
      <w:r>
        <w:br/>
      </w:r>
      <w:r>
        <w:rPr>
          <w:b w:val="0"/>
        </w:rPr>
        <w:t>[Postleitzahl Ort]</w:t>
      </w:r>
    </w:p>
    <w:p>
      <w:r>
        <w:rPr>
          <w:b w:val="0"/>
        </w:rPr>
        <w:t>[Ort], [Datum]</w:t>
      </w:r>
    </w:p>
    <w:p>
      <w:r>
        <w:rPr>
          <w:b/>
        </w:rPr>
        <w:t>Schadenmeldung zur Bootsversicherung, Versicherungsnummer [Versicherungsnummer]</w:t>
      </w:r>
    </w:p>
    <w:p>
      <w:r>
        <w:rPr>
          <w:b w:val="0"/>
        </w:rPr>
        <w:t>Sehr geehrte Damen und Herren,</w:t>
      </w:r>
    </w:p>
    <w:p>
      <w:r>
        <w:rPr>
          <w:b w:val="0"/>
        </w:rPr>
        <w:t>hiermit melde ich Ihnen einen Schaden mit meinem Boot [Bootstyp, Name, Kennzeichen oder Rumpfnummer].</w:t>
      </w:r>
    </w:p>
    <w:p>
      <w:r>
        <w:rPr>
          <w:b w:val="0"/>
        </w:rPr>
        <w:t>Schadentag und Uhrzeit: [Datum, Uhrzeit]</w:t>
      </w:r>
      <w:r>
        <w:br/>
      </w:r>
      <w:r>
        <w:rPr>
          <w:b w:val="0"/>
        </w:rPr>
        <w:t>Schadenort: [Gewässer, Hafen oder Liegeplatz, Land]</w:t>
      </w:r>
      <w:r>
        <w:br/>
      </w:r>
      <w:r>
        <w:rPr>
          <w:b w:val="0"/>
        </w:rPr>
        <w:t>Bootsführer zum Schadenzeitpunkt: [Name]</w:t>
      </w:r>
      <w:r>
        <w:br/>
      </w:r>
      <w:r>
        <w:rPr>
          <w:b w:val="0"/>
        </w:rPr>
        <w:t>Hergang: [Was ist wann und wie passiert, Wetter und Wind, beteiligte Boote und Personen]</w:t>
      </w:r>
      <w:r>
        <w:br/>
      </w:r>
      <w:r>
        <w:rPr>
          <w:b w:val="0"/>
        </w:rPr>
        <w:t>Beteiligte und Zeugen: [Namen und Anschriften]</w:t>
      </w:r>
      <w:r>
        <w:br/>
      </w:r>
      <w:r>
        <w:rPr>
          <w:b w:val="0"/>
        </w:rPr>
        <w:t>Polizei: [nicht aufgenommen / Dienststelle und Aktenzeichen]</w:t>
      </w:r>
    </w:p>
    <w:p>
      <w:r>
        <w:rPr>
          <w:b w:val="0"/>
        </w:rPr>
        <w:t>[Variante A, Bootshaftpflicht, ein anderer wurde geschädigt:]</w:t>
      </w:r>
      <w:r>
        <w:br/>
      </w:r>
      <w:r>
        <w:rPr>
          <w:b w:val="0"/>
        </w:rPr>
        <w:t>Bei dem Ereignis wurde [Vorname Nachname, Anschrift des Geschädigten] geschädigt. Betroffen ist [zum Beispiel ein anderes Boot, ein Steg, eine verletzte Person]. [Ansprüche wurden bisher nicht erhoben. / Der Geschädigte macht mit Schreiben vom [Datum], mir zugegangen am [Datum], einen Anspruch in Höhe von [Betrag] Euro gegen mich geltend. Eine Kopie liegt bei.] Bitte prüfen Sie die Ansprüche und teilen Sie mir mit, wie ich mich gegenüber dem Geschädigten verhalten soll.</w:t>
      </w:r>
    </w:p>
    <w:p>
      <w:r>
        <w:rPr>
          <w:b w:val="0"/>
        </w:rPr>
        <w:t>[Variante B, Bootskasko, Schaden am eigenen Boot:]</w:t>
      </w:r>
      <w:r>
        <w:br/>
      </w:r>
      <w:r>
        <w:rPr>
          <w:b w:val="0"/>
        </w:rPr>
        <w:t>Beschädigt oder abhandengekommen sind: [zum Beispiel Rumpf, Motor, Ausrüstung, Beiboot]. Den Schaden schätze ich auf [Betrag] Euro [oder: Die Höhe ist noch unbekannt]. Bitte teilen Sie mir mit, ob und wann Sie das Boot besichtigen möchten. Vor Ihrer Besichtigung lasse ich es nicht reparieren. Beschädigte Teile verkaufe ich nicht, bevor Sie den Schaden anerkannt haben, außer mit Ihrer Einwilligung.</w:t>
      </w:r>
      <w:r>
        <w:br/>
      </w:r>
      <w:r>
        <w:rPr>
          <w:b w:val="0"/>
        </w:rPr>
        <w:t>[Bei Diebstahl, Einbruchdiebstahl, Brand oder Explosion:] Ich habe den Schaden am [Datum] bei [Polizeidienststelle] angezeigt, Aktenzeichen [Aktenzeichen], und der Polizei eine Aufstellung der beschädigten oder gestohlenen Sachen eingereicht. [Im Ausland zusätzlich:] Gemeldet habe ich ihn am [Datum] bei der örtlichen Polizei und der Hafenbehörde in [Ort, Land] und am [Datum] zusätzlich bei der Polizei an meinem Wohnort.</w:t>
      </w:r>
      <w:r>
        <w:br/>
      </w:r>
      <w:r>
        <w:rPr>
          <w:b w:val="0"/>
        </w:rPr>
        <w:t>[Bei einer Kollision mit einem anderen Boot:] Ich habe [Name, Boot] mit Schreiben vom [Datum] in Textform haftbar gemacht und zur gemeinsamen Besichtigung des Schadens aufgefordert.</w:t>
      </w:r>
    </w:p>
    <w:p>
      <w:r>
        <w:rPr>
          <w:b w:val="0"/>
        </w:rPr>
        <w:t>Um den Schaden gering zu halten, habe ich veranlasst: [zum Beispiel Abdichten, Abschleppen, Kranen, Bergung / bisher nichts nötig]. Für weitere Maßnahmen bitte ich um Ihre Weisung.</w:t>
      </w:r>
    </w:p>
    <w:p>
      <w:r>
        <w:rPr>
          <w:b w:val="0"/>
        </w:rPr>
        <w:t>Bitte bestätigen Sie mir den Eingang dieser Meldung und nennen Sie mir die Schadennummer.</w:t>
      </w:r>
    </w:p>
    <w:p>
      <w:r>
        <w:rPr>
          <w:b w:val="0"/>
        </w:rPr>
        <w:t>Mit freundlichen Grüßen</w:t>
      </w:r>
    </w:p>
    <w:p>
      <w:r>
        <w:rPr>
          <w:b w:val="0"/>
        </w:rPr>
        <w:t>[Unterschrift, bei E-Mail nicht nötig]</w:t>
      </w:r>
      <w:r>
        <w:br/>
      </w:r>
      <w:r>
        <w:rPr>
          <w:b w:val="0"/>
        </w:rPr>
        <w:t>[Vorname Nachname]</w:t>
      </w:r>
    </w:p>
    <w:p>
      <w:r>
        <w:rPr>
          <w:b w:val="0"/>
        </w:rPr>
        <w:t>Anlagen: [zum Beispiel Fotos, Protokoll zum Hergang, Skizze, Anschriften von Beteiligten und Zeugen, Schreiben des Geschädigten, Rechnungen als Wertnachweis, Berechnung des Gesamtschadens]</w:t>
      </w:r>
    </w:p>
    <w:sectPr w:rsidR="00FC693F" w:rsidRPr="0006063C" w:rsidSect="00034616">
      <w:pgSz w:w="11906" w:h="16838"/>
      <w:pgMar w:top="1417"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27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