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</w:rPr>
        <w:t>[Hinweis, vor dem Absenden löschen: Unverbindliches Muster für typische Fälle, Stand Oktober 2026. Es ersetzt keine Prüfung Ihres Einzelfalls.]</w:t>
      </w:r>
    </w:p>
    <w:p>
      <w:r>
        <w:rPr>
          <w:b w:val="0"/>
        </w:rPr>
        <w:t>[Vorname Nachname]</w:t>
      </w:r>
      <w:r>
        <w:br/>
      </w:r>
      <w:r>
        <w:rPr>
          <w:b w:val="0"/>
        </w:rPr>
        <w:t>[Straße Hausnummer]</w:t>
      </w:r>
      <w:r>
        <w:br/>
      </w:r>
      <w:r>
        <w:rPr>
          <w:b w:val="0"/>
        </w:rPr>
        <w:t>[Postleitzahl Ort]</w:t>
      </w:r>
    </w:p>
    <w:p>
      <w:pPr>
        <w:spacing w:after="360"/>
      </w:pPr>
    </w:p>
    <w:p>
      <w:r>
        <w:rPr>
          <w:b w:val="0"/>
        </w:rPr>
        <w:t>[Hinweis, vor dem Absenden löschen: Vor der Abnahme keinen anderen Betrieb beauftragen, ohne sich rechtlich beraten zu lassen. Die Kosten können sonst an Ihnen hängen bleiben.]</w:t>
      </w:r>
    </w:p>
    <w:p>
      <w:r>
        <w:rPr>
          <w:b w:val="0"/>
        </w:rPr>
        <w:t>[Name des Handwerksbetriebs oder der Baufirma]</w:t>
      </w:r>
      <w:r>
        <w:br/>
      </w:r>
      <w:r>
        <w:rPr>
          <w:b w:val="0"/>
        </w:rPr>
        <w:t>[Straße Hausnummer]</w:t>
      </w:r>
      <w:r>
        <w:br/>
      </w:r>
      <w:r>
        <w:rPr>
          <w:b w:val="0"/>
        </w:rPr>
        <w:t>[Postleitzahl Ort]</w:t>
      </w:r>
    </w:p>
    <w:p>
      <w:r>
        <w:rPr>
          <w:b w:val="0"/>
        </w:rPr>
        <w:t>[Ort], [Datum]</w:t>
      </w:r>
    </w:p>
    <w:p>
      <w:r>
        <w:rPr>
          <w:b/>
        </w:rPr>
        <w:t>Mängelrüge zum Auftrag vom [Datum], [Rechnungs- oder Auftragsnummer]</w:t>
      </w:r>
    </w:p>
    <w:p>
      <w:r>
        <w:rPr>
          <w:b w:val="0"/>
        </w:rPr>
        <w:t>Sehr geehrte Damen und Herren,</w:t>
      </w:r>
    </w:p>
    <w:p>
      <w:r>
        <w:rPr>
          <w:b w:val="0"/>
        </w:rPr>
        <w:t>bei den von Ihnen ausgeführten Arbeiten [Art der Arbeiten, zum Beispiel Verlegen der Fliesen im Bad] am Objekt [Adresse] habe ich folgende Mängel festgestellt:</w:t>
      </w:r>
    </w:p>
    <w:p>
      <w:r>
        <w:rPr>
          <w:b w:val="0"/>
        </w:rPr>
        <w:t>[Genaue Beschreibung jedes Mangels: was, wo, seit wann bemerkt. Fotos liegen bei.]</w:t>
      </w:r>
    </w:p>
    <w:p>
      <w:r>
        <w:rPr>
          <w:b w:val="0"/>
        </w:rPr>
        <w:t>Ich fordere Sie auf, die Mängel bis zum [Datum, angemessene Frist, meist zwei bis vier Wochen] zu beseitigen [nach der Abnahme: Nacherfüllung nach § 634 Nr. 1 und § 635 BGB] [vor der Abnahme: mangelfreie Herstellung des Werks nach § 631 Abs. 1 und § 633 Abs. 1 BGB]. Bitte nennen Sie mir bis zum [Datum] einen Termin.</w:t>
      </w:r>
    </w:p>
    <w:p>
      <w:r>
        <w:rPr>
          <w:b w:val="0"/>
        </w:rPr>
        <w:t>Lassen Sie die Frist ungenutzt verstreichen, [nur nach der Abnahme: werde ich die Mängel auf Ihre Kosten durch einen anderen Betrieb beseitigen lassen und dafür Kostenvorschuss verlangen (§ 634 Nr. 2 und § 637 Abs. 1 und 3 BGB, bei vereinbarter VOB/B § 13 Abs. 5 Nr. 2 VOB/B). Außerdem] behalte ich mir weitere Schritte, Minderung, Rücktritt und Schadensersatz vor.</w:t>
      </w:r>
    </w:p>
    <w:p>
      <w:r>
        <w:rPr>
          <w:b w:val="0"/>
        </w:rPr>
        <w:t>[Optional, wenn der Betrieb Ihr Eigentum beschädigt hat: Bei den Arbeiten wurde außerdem Folgendes beschädigt: Beschreibung. Dafür verlange ich Schadensersatz (§ 280 Abs. 1 und § 241 Abs. 2 BGB) in Höhe von ______ Euro, der Kostenvoranschlag liegt bei.]</w:t>
      </w:r>
    </w:p>
    <w:p>
      <w:r>
        <w:rPr>
          <w:b w:val="0"/>
        </w:rPr>
        <w:t>[Optional, wenn die VOB/B vereinbart ist: Diese Rüge erfolgt schriftlich nach § 13 Abs. 5 Nr. 1 VOB/B, vor der Abnahme nach § 4 Abs. 7 VOB/B.]</w:t>
      </w:r>
    </w:p>
    <w:p>
      <w:r>
        <w:rPr>
          <w:b w:val="0"/>
        </w:rPr>
        <w:t>[Falls die Abnahme noch aussteht und die Mängel wesentlich sind: Wegen dieser Mängel verweigere ich die Abnahme (§ 640 Abs. 1 und 2 BGB).]</w:t>
      </w:r>
      <w:r>
        <w:br/>
      </w:r>
      <w:r>
        <w:rPr>
          <w:b w:val="0"/>
        </w:rPr>
        <w:t>[Falls Sie mit diesem Schreiben abnehmen: Ich nehme das Werk ab, behalte mir aber meine Rechte wegen der oben genannten Mängel vor (§ 640 Abs. 3 BGB). Bei einer späteren Abnahme den Vorbehalt dort erneut erklären, etwa im Abnahmeprotokoll.]</w:t>
      </w:r>
    </w:p>
    <w:p>
      <w:r>
        <w:rPr>
          <w:b w:val="0"/>
        </w:rPr>
        <w:t>[Nur nach der Abnahme und wenn die Rechnung noch offen ist: Bis zur Beseitigung der Mängel behalte ich von Ihrer Vergütung ______ Euro ein, das Doppelte der voraussichtlichen Kosten der Mängelbeseitigung (§ 641 Abs. 3 BGB). Den übrigen Betrag zahle ich fristgerecht.]</w:t>
      </w:r>
    </w:p>
    <w:p>
      <w:r>
        <w:rPr>
          <w:b w:val="0"/>
        </w:rPr>
        <w:t>Mit freundlichen Grüßen</w:t>
      </w:r>
    </w:p>
    <w:p>
      <w:r>
        <w:rPr>
          <w:b w:val="0"/>
        </w:rPr>
        <w:t>______________________________</w:t>
      </w:r>
      <w:r>
        <w:br/>
      </w:r>
      <w:r>
        <w:rPr>
          <w:b w:val="0"/>
        </w:rPr>
        <w:t>[Unterschrift]</w:t>
      </w:r>
      <w:r>
        <w:br/>
      </w:r>
      <w:r>
        <w:rPr>
          <w:b w:val="0"/>
        </w:rPr>
        <w:t>[Vorname Nachname]</w:t>
      </w:r>
    </w:p>
    <w:sectPr w:rsidR="00FC693F" w:rsidRPr="0006063C" w:rsidSect="00034616"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