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</w:rPr>
        <w:t>[Hinweis, vor dem Absenden löschen: Unverbindliches Muster für typische Fälle, Stand Oktober 2026. Es ersetzt keine Prüfung Ihres Einzelfalls.]</w:t>
      </w:r>
    </w:p>
    <w:p>
      <w:r>
        <w:rPr>
          <w:b w:val="0"/>
        </w:rPr>
        <w:t>[Vorname Nachname]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pPr>
        <w:spacing w:after="360"/>
      </w:pPr>
    </w:p>
    <w:p>
      <w:r>
        <w:rPr>
          <w:b w:val="0"/>
        </w:rPr>
        <w:t>[Name des Arbeitgebers]</w:t>
      </w:r>
      <w:r>
        <w:br/>
      </w:r>
      <w:r>
        <w:rPr>
          <w:b w:val="0"/>
        </w:rPr>
        <w:t>[Straße Hausnummer]</w:t>
      </w:r>
      <w:r>
        <w:br/>
      </w:r>
      <w:r>
        <w:rPr>
          <w:b w:val="0"/>
        </w:rPr>
        <w:t>[Postleitzahl Ort]</w:t>
      </w:r>
    </w:p>
    <w:p>
      <w:r>
        <w:rPr>
          <w:b w:val="0"/>
        </w:rPr>
        <w:t>[Ort], [Datum]</w:t>
      </w:r>
    </w:p>
    <w:p>
      <w:r>
        <w:rPr>
          <w:b/>
        </w:rPr>
        <w:t>Geltendmachung meines Lohns für [Monat, Jahr]</w:t>
      </w:r>
    </w:p>
    <w:p>
      <w:r>
        <w:rPr>
          <w:b w:val="0"/>
        </w:rPr>
        <w:t>Sehr geehrte Damen und Herren,</w:t>
      </w:r>
    </w:p>
    <w:p>
      <w:r>
        <w:rPr>
          <w:b w:val="0"/>
        </w:rPr>
        <w:t>mein Lohn für [Monat, Jahr] in Höhe von [Betrag] Euro brutto war am [Fälligkeitstag laut Arbeits- oder Tarifvertrag; steht dort nichts: der erste Tag nach Ablauf des Monats, § 614 BGB] fällig und ist bis heute [nicht / nur teilweise, es fehlen ______ Euro brutto] auf meinem Konto eingegangen. [Falls zutreffend: Gleiches gilt für Monat, Betrag Euro brutto.]</w:t>
      </w:r>
    </w:p>
    <w:p>
      <w:r>
        <w:rPr>
          <w:b w:val="0"/>
        </w:rPr>
        <w:t>Hiermit mache ich diesen Anspruch geltend und fordere Sie auf, den Betrag bis zum [Datum, zum Beispiel eine Woche] auf mein bekanntes Konto zu überweisen. Mit diesem Schreiben mache ich den Anspruch auch zur Wahrung etwaiger vertraglicher oder tarifvertraglicher Ausschlussfristen geltend.</w:t>
      </w:r>
    </w:p>
    <w:p>
      <w:r>
        <w:rPr>
          <w:b w:val="0"/>
        </w:rPr>
        <w:t>Da der Zahltag kalendermäßig bestimmt ist, befinden Sie sich seit der Fälligkeit im Verzug (§ 286 Abs. 2 Nr. 1 BGB). Ich verlange Verzugszinsen in Höhe von fünf Prozentpunkten über dem Basiszinssatz (§ 288 Abs. 1 BGB).</w:t>
      </w:r>
    </w:p>
    <w:p>
      <w:r>
        <w:rPr>
          <w:b w:val="0"/>
        </w:rPr>
        <w:t>Geht die Zahlung bis zum genannten Datum nicht ein, werde ich den Anspruch vor dem Arbeitsgericht geltend machen.</w:t>
      </w:r>
    </w:p>
    <w:p>
      <w:r>
        <w:rPr>
          <w:b w:val="0"/>
        </w:rPr>
        <w:t>[Optional, nur bei erheblichem Rückstand und nach rechtlicher Beratung: Ist der Rückstand bis zum ______ nicht ausgeglichen, mache ich ab dem ______ von meinem Zurückbehaltungsrecht an der Arbeitsleistung Gebrauch (§ 273 BGB). Sobald der Rückstand ausgeglichen ist, nehme ich die Arbeit sofort wieder auf.]</w:t>
      </w:r>
    </w:p>
    <w:p>
      <w:r>
        <w:rPr>
          <w:b w:val="0"/>
        </w:rPr>
        <w:t>Bitte bestätigen Sie mir den Eingang dieses Schreibens.</w:t>
      </w:r>
    </w:p>
    <w:p>
      <w:r>
        <w:rPr>
          <w:b w:val="0"/>
        </w:rPr>
        <w:t>Mit freundlichen Grüßen</w:t>
      </w:r>
    </w:p>
    <w:p>
      <w:r>
        <w:rPr>
          <w:b w:val="0"/>
        </w:rPr>
        <w:t>______________________________</w:t>
      </w:r>
      <w:r>
        <w:br/>
      </w:r>
      <w:r>
        <w:rPr>
          <w:b w:val="0"/>
        </w:rPr>
        <w:t>[Unterschrift]</w:t>
      </w:r>
      <w:r>
        <w:br/>
      </w:r>
      <w:r>
        <w:rPr>
          <w:b w:val="0"/>
        </w:rPr>
        <w:t>[Vorname Nachname]</w:t>
      </w:r>
    </w:p>
    <w:sectPr w:rsidR="00FC693F" w:rsidRPr="0006063C" w:rsidSect="00034616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