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[Hinweis, vor dem Absenden löschen: Unverbindliches Muster für typische Fälle, Stand Oktober 2026. Es ersetzt keine Prüfung Ihres Einzelfalls. Einspruch gibt es nur gegen einen Bescheid der Zulagenstelle, Frist ein Monat ab Bekanntgabe (§ 355 Abgabenordnung). Haben Sie keinen Bescheid, sondern nur die Bescheinigung Ihres Anbieters mit gekürzter Zulage, beantragen Sie stattdessen die Festsetzung: Ich beantrage die Festsetzung der Zulage für das Beitragsjahr ______ (§ 90 Abs. 4 Satz 1 Nr. 3 EStG). Frist: ein Jahr ab Erteilung der Bescheinigung.]</w:t>
      </w:r>
    </w:p>
    <w:p>
      <w:r>
        <w:rPr>
          <w:b w:val="0"/>
        </w:rPr>
        <w:t>[Vorname Nachname]</w:t>
      </w:r>
      <w:r>
        <w:br/>
      </w:r>
      <w:r>
        <w:rPr>
          <w:b w:val="0"/>
        </w:rPr>
        <w:t>[Straße Hausnummer]</w:t>
      </w:r>
      <w:r>
        <w:br/>
      </w:r>
      <w:r>
        <w:rPr>
          <w:b w:val="0"/>
        </w:rPr>
        <w:t>[Postleitzahl Ort]</w:t>
      </w:r>
      <w:r>
        <w:br/>
      </w:r>
      <w:r>
        <w:rPr>
          <w:b w:val="0"/>
        </w:rPr>
        <w:t>Zulagenummer: [Zulagenummer laut Bescheid]</w:t>
      </w:r>
    </w:p>
    <w:p>
      <w:pPr>
        <w:spacing w:after="360"/>
      </w:pPr>
    </w:p>
    <w:p>
      <w:r>
        <w:rPr>
          <w:b w:val="0"/>
        </w:rPr>
        <w:t>Deutsche Rentenversicherung Bund</w:t>
      </w:r>
      <w:r>
        <w:br/>
      </w:r>
      <w:r>
        <w:rPr>
          <w:b w:val="0"/>
        </w:rPr>
        <w:t>Zentrale Zulagenstelle für Altersvermögen</w:t>
      </w:r>
      <w:r>
        <w:br/>
      </w:r>
      <w:r>
        <w:rPr>
          <w:b w:val="0"/>
        </w:rPr>
        <w:t>[Anschrift laut Bescheid]</w:t>
      </w:r>
    </w:p>
    <w:p>
      <w:r>
        <w:rPr>
          <w:b w:val="0"/>
        </w:rPr>
        <w:t>[Ort], [Datum]</w:t>
      </w:r>
    </w:p>
    <w:p>
      <w:r>
        <w:rPr>
          <w:b/>
        </w:rPr>
        <w:t>Einspruch gegen Ihren Bescheid vom [Datum des Bescheids] für das Beitragsjahr [Jahr]</w:t>
      </w:r>
    </w:p>
    <w:p>
      <w:r>
        <w:rPr>
          <w:b w:val="0"/>
        </w:rPr>
        <w:t>Sehr geehrte Damen und Herren,</w:t>
      </w:r>
    </w:p>
    <w:p>
      <w:r>
        <w:rPr>
          <w:b w:val="0"/>
        </w:rPr>
        <w:t>gegen Ihren Bescheid vom [Datum des Bescheids] über die Festsetzung beziehungsweise Rückforderung der Altersvorsorgezulage für das Beitragsjahr [Jahr], Vertragsnummer [Vertragsnummer] bei [Name des Anbieters], lege ich Einspruch ein.</w:t>
      </w:r>
    </w:p>
    <w:p>
      <w:r>
        <w:rPr>
          <w:b w:val="0"/>
        </w:rPr>
        <w:t>Begründung:</w:t>
      </w:r>
      <w:r>
        <w:br/>
      </w:r>
      <w:r>
        <w:rPr>
          <w:b w:val="0"/>
        </w:rPr>
        <w:t>[Grund, zum Beispiel: Für mein Kind ______ (Name, Geburtsdatum) wurde mir gegenüber im Beitragsjahr Kindergeld festgesetzt, die Kinderzulage steht mir deshalb zu (§ 85 EStG).]</w:t>
      </w:r>
      <w:r>
        <w:br/>
      </w:r>
      <w:r>
        <w:rPr>
          <w:b w:val="0"/>
        </w:rPr>
        <w:t>[Nur bei verheirateten, nicht dauernd getrennt lebenden Eltern statt des Satzes oben: Als Mutter steht mir die Kinderzulage zu (§ 85 Abs. 2 Satz 1 EStG).]</w:t>
      </w:r>
      <w:r>
        <w:br/>
      </w:r>
      <w:r>
        <w:rPr>
          <w:b w:val="0"/>
        </w:rPr>
        <w:t>[oder als Vater: Die Kinderzulage ist mir auf Antrag beider Eltern zugeordnet (§ 85 Abs. 2 Satz 1 EStG).]</w:t>
      </w:r>
      <w:r>
        <w:br/>
      </w:r>
      <w:r>
        <w:rPr>
          <w:b w:val="0"/>
        </w:rPr>
        <w:t>[oder: Ich war im Beitragsjahr in der gesetzlichen Rentenversicherung pflichtversichert und damit unmittelbar zulageberechtigt.]</w:t>
      </w:r>
      <w:r>
        <w:br/>
      </w:r>
      <w:r>
        <w:rPr>
          <w:b w:val="0"/>
        </w:rPr>
        <w:t>[oder: Als Beamtin oder Beamter habe ich die Einwilligung nach § 10a Abs. 1 Satz 1 Halbsatz 2 EStG am ______ gegenüber meiner Besoldungsstelle erteilt.] [Falls nachgeholt: Ich habe sie im Einspruchsverfahren am ______ nachgeholt und teile Ihnen das nach § 90 Abs. 5 Satz 2 EStG mit.]</w:t>
      </w:r>
    </w:p>
    <w:p>
      <w:r>
        <w:rPr>
          <w:b w:val="0"/>
        </w:rPr>
        <w:t>Als Nachweis lege ich bei:</w:t>
      </w:r>
      <w:r>
        <w:br/>
      </w:r>
      <w:r>
        <w:rPr>
          <w:b w:val="0"/>
        </w:rPr>
        <w:t>[zum Beispiel Kindergeldbescheid, Meldebescheinigung zur Sozialversicherung, Kopie der Einwilligungserklärung gegenüber der Besoldungsstelle]</w:t>
      </w:r>
    </w:p>
    <w:p>
      <w:r>
        <w:rPr>
          <w:b w:val="0"/>
        </w:rPr>
        <w:t>Ich bitte Sie, den Bescheid aufzuheben beziehungsweise zu ändern und die Zulage in der mir zustehenden Höhe festzusetzen.</w:t>
      </w:r>
    </w:p>
    <w:p>
      <w:r>
        <w:rPr>
          <w:b w:val="0"/>
        </w:rPr>
        <w:t>[Optional: Zugleich beantrage ich, die Vollziehung des Bescheids bis zur Entscheidung über den Einspruch auszusetzen beziehungsweise aufzuheben (§ 361 Abs. 2 Satz 2 und 3 Abgabenordnung).]</w:t>
      </w:r>
    </w:p>
    <w:p>
      <w:r>
        <w:rPr>
          <w:b w:val="0"/>
        </w:rPr>
        <w:t>Bitte bestätigen Sie mir den Eingang dieses Einspruchs.</w:t>
      </w:r>
    </w:p>
    <w:p>
      <w:r>
        <w:rPr>
          <w:b w:val="0"/>
        </w:rPr>
        <w:t>Mit freundlichen Grüßen</w:t>
      </w:r>
    </w:p>
    <w:p>
      <w:r>
        <w:rPr>
          <w:b w:val="0"/>
        </w:rPr>
        <w:t>______________________________</w:t>
      </w:r>
      <w:r>
        <w:br/>
      </w:r>
      <w:r>
        <w:rPr>
          <w:b w:val="0"/>
        </w:rPr>
        <w:t>[Unterschrift]</w:t>
      </w:r>
      <w:r>
        <w:br/>
      </w:r>
      <w:r>
        <w:rPr>
          <w:b w:val="0"/>
        </w:rPr>
        <w:t>[Vorname Nachname]</w:t>
      </w:r>
    </w:p>
    <w:sectPr w:rsidR="00FC693F" w:rsidRPr="0006063C" w:rsidSect="00034616">
      <w:pgSz w:w="11906" w:h="16838"/>
      <w:pgMar w:top="1417"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