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Rechtsschutzversicherers]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Meldung eines Rechtsschutzfalls und Bitte um Deckungszusage, Versicherungsnummer [Versicherungsnummer]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hiermit melde ich Ihnen einen Rechtsschutzfall und bitte um eine schriftliche Deckungszusage.</w:t>
      </w:r>
    </w:p>
    <w:p>
      <w:r>
        <w:rPr>
          <w:b w:val="0"/>
        </w:rPr>
        <w:t>Rechtsgebiet: [zum Beispiel Arbeitsrecht, Mietrecht, Verkehrsrecht]</w:t>
      </w:r>
      <w:r>
        <w:br/>
      </w:r>
      <w:r>
        <w:rPr>
          <w:b w:val="0"/>
        </w:rPr>
        <w:t>Gegner: [Name und Anschrift der Gegenseite]</w:t>
      </w:r>
      <w:r>
        <w:br/>
      </w:r>
      <w:r>
        <w:rPr>
          <w:b w:val="0"/>
        </w:rPr>
        <w:t>Betroffene Person: [Ihr Name oder der Name der mitversicherten Person]</w:t>
      </w:r>
      <w:r>
        <w:br/>
      </w:r>
      <w:r>
        <w:rPr>
          <w:b w:val="0"/>
        </w:rPr>
        <w:t>Eintritt des Rechtsschutzfalls: [Datum des ersten Verstoßes gegen Rechtspflichten, zum Beispiel Kündigung durch den Arbeitgeber oder Mieterhöhungsverlangen, bei Schadenersatz das Schadenereignis, zum Beispiel der Unfalltag]</w:t>
      </w:r>
    </w:p>
    <w:p>
      <w:r>
        <w:rPr>
          <w:b w:val="0"/>
        </w:rPr>
        <w:t>Sachverhalt:</w:t>
      </w:r>
      <w:r>
        <w:br/>
      </w:r>
      <w:r>
        <w:rPr>
          <w:b w:val="0"/>
        </w:rPr>
        <w:t>[Kurz und vollständig: was ist passiert, seit wann, was wollen Sie erreichen.]</w:t>
      </w:r>
    </w:p>
    <w:p>
      <w:r>
        <w:rPr>
          <w:b w:val="0"/>
        </w:rPr>
        <w:t>[Falls eine Frist läuft: Es läuft eine Frist bis zum ______, zum Beispiel die Klagefrist von drei Wochen ab Zugang einer Kündigung durch den Arbeitgeber (§ 4 KSchG) oder die Einspruchsfrist von zwei Wochen gegen einen Bußgeldbescheid (§ 67 OWiG). Bitte entscheiden Sie deshalb kurzfristig. Liegt Ihre Entscheidung bis zum ______ nicht vor, lasse ich die Frist durch meinen Anwalt wahren.]</w:t>
      </w:r>
    </w:p>
    <w:p>
      <w:r>
        <w:rPr>
          <w:b w:val="0"/>
        </w:rPr>
        <w:t>Von meinem Recht auf freie Anwaltswahl (§ 127 VVG) mache ich Gebrauch und möchte [Name und Anschrift der Kanzlei] beauftragen. [Oder: Bitte nennen Sie mir eine geeignete Kanzlei.]</w:t>
      </w:r>
    </w:p>
    <w:p>
      <w:r>
        <w:rPr>
          <w:b w:val="0"/>
        </w:rPr>
        <w:t>Folgende Unterlagen lege ich bei:</w:t>
      </w:r>
      <w:r>
        <w:br/>
      </w:r>
      <w:r>
        <w:rPr>
          <w:b w:val="0"/>
        </w:rPr>
        <w:t>[zum Beispiel Kündigungsschreiben, Mieterhöhungsverlangen, Bußgeldbescheid, Schriftverkehr mit der Gegenseite]</w:t>
      </w:r>
    </w:p>
    <w:p>
      <w:r>
        <w:rPr>
          <w:b w:val="0"/>
        </w:rPr>
        <w:t>Für Rückfragen erreichen Sie mich unter [Telefonnummer] oder [E-Mail-Adresse].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