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 w:val="0"/>
        </w:rPr>
        <w:t>[Hinweis, vor dem Absenden löschen: Unverbindliches Muster für typische Fälle, Stand Oktober 2026. Es ersetzt keine Prüfung Ihres Einzelfalls.]</w:t>
      </w:r>
    </w:p>
    <w:p>
      <w:r>
        <w:rPr>
          <w:b w:val="0"/>
        </w:rPr>
        <w:t>[Vorname Nachname]</w:t>
      </w:r>
      <w:r>
        <w:br/>
      </w:r>
      <w:r>
        <w:rPr>
          <w:b w:val="0"/>
        </w:rPr>
        <w:t>[Straße Hausnummer]</w:t>
      </w:r>
      <w:r>
        <w:br/>
      </w:r>
      <w:r>
        <w:rPr>
          <w:b w:val="0"/>
        </w:rPr>
        <w:t>[Postleitzahl Ort]</w:t>
      </w:r>
    </w:p>
    <w:p>
      <w:pPr>
        <w:spacing w:after="360"/>
      </w:pPr>
    </w:p>
    <w:p>
      <w:r>
        <w:rPr>
          <w:b w:val="0"/>
        </w:rPr>
        <w:t>[Name des Riester-Anbieters]</w:t>
      </w:r>
      <w:r>
        <w:br/>
      </w:r>
      <w:r>
        <w:rPr>
          <w:b w:val="0"/>
        </w:rPr>
        <w:t>[Straße Hausnummer]</w:t>
      </w:r>
      <w:r>
        <w:br/>
      </w:r>
      <w:r>
        <w:rPr>
          <w:b w:val="0"/>
        </w:rPr>
        <w:t>[Postleitzahl Ort]</w:t>
      </w:r>
    </w:p>
    <w:p>
      <w:r>
        <w:rPr>
          <w:b w:val="0"/>
        </w:rPr>
        <w:t>[Ort], [Datum]</w:t>
      </w:r>
    </w:p>
    <w:p>
      <w:r>
        <w:rPr>
          <w:b/>
        </w:rPr>
        <w:t>Beitragsfreistellung meines Riester-Vertrags Nr. [Vertragsnummer]</w:t>
      </w:r>
    </w:p>
    <w:p>
      <w:r>
        <w:rPr>
          <w:b w:val="0"/>
        </w:rPr>
        <w:t>Sehr geehrte Damen und Herren,</w:t>
      </w:r>
    </w:p>
    <w:p>
      <w:r>
        <w:rPr>
          <w:b w:val="0"/>
        </w:rPr>
        <w:t>hiermit beantrage ich, meinen Riester-Vertrag Nr. [Vertragsnummer] zum nächstmöglichen Zeitpunkt, frühestens ab dem [Datum], beitragsfrei zu stellen (§ 1 Abs. 1 Satz 1 Nr. 10 a Altersvorsorgeverträge-Zertifizierungsgesetz).</w:t>
      </w:r>
    </w:p>
    <w:p>
      <w:r>
        <w:rPr>
          <w:b w:val="0"/>
        </w:rPr>
        <w:t>Der Vertrag soll mit dem angesparten Guthaben und den erhaltenen Zulagen bestehen bleiben. Eine Kündigung oder Auszahlung wünsche ich nicht.</w:t>
      </w:r>
    </w:p>
    <w:p>
      <w:r>
        <w:rPr>
          <w:b w:val="0"/>
        </w:rPr>
        <w:t>Das Ihnen erteilte SEPA-Lastschriftmandat widerrufe ich ab diesem Zeitpunkt.</w:t>
      </w:r>
    </w:p>
    <w:p>
      <w:r>
        <w:rPr>
          <w:b w:val="0"/>
        </w:rPr>
        <w:t>[Optional: Meine Vollmacht zur jährlichen Beantragung der Zulage (Dauerzulagenantrag) widerrufe ich ab dem Beitragsjahr ______ (§ 89 Abs. 1a Satz 3 EStG).] [Hinweis, vor dem Absenden löschen: Das erste Kalenderjahr ganz ohne Beiträge eintragen, nie ein Jahr, in dem Sie schon Beiträge gezahlt haben.]</w:t>
      </w:r>
    </w:p>
    <w:p>
      <w:r>
        <w:rPr>
          <w:b w:val="0"/>
        </w:rPr>
        <w:t>Bitte bestätigen Sie mir die Beitragsfreistellung schriftlich und teilen Sie mir dabei mit:</w:t>
      </w:r>
      <w:r>
        <w:br/>
      </w:r>
      <w:r>
        <w:rPr>
          <w:b w:val="0"/>
        </w:rPr>
        <w:t>das aktuelle Vertragsguthaben,</w:t>
      </w:r>
      <w:r>
        <w:br/>
      </w:r>
      <w:r>
        <w:rPr>
          <w:b w:val="0"/>
        </w:rPr>
        <w:t>die Kosten, die während der Beitragsfreistellung weiter anfallen,</w:t>
      </w:r>
      <w:r>
        <w:br/>
      </w:r>
      <w:r>
        <w:rPr>
          <w:b w:val="0"/>
        </w:rPr>
        <w:t>die garantierte Leistung zum Beginn der Auszahlungsphase nach der Beitragsfreistellung.</w:t>
      </w:r>
    </w:p>
    <w:p>
      <w:r>
        <w:rPr>
          <w:b w:val="0"/>
        </w:rPr>
        <w:t>Mit freundlichen Grüßen</w:t>
      </w:r>
    </w:p>
    <w:p>
      <w:r>
        <w:rPr>
          <w:b w:val="0"/>
        </w:rPr>
        <w:t>______________________________</w:t>
      </w:r>
      <w:r>
        <w:br/>
      </w:r>
      <w:r>
        <w:rPr>
          <w:b w:val="0"/>
        </w:rPr>
        <w:t>[Unterschrift]</w:t>
      </w:r>
      <w:r>
        <w:br/>
      </w:r>
      <w:r>
        <w:rPr>
          <w:b w:val="0"/>
        </w:rPr>
        <w:t>[Vorname Nachname]</w:t>
      </w:r>
    </w:p>
    <w:sectPr w:rsidR="00FC693F" w:rsidRPr="0006063C" w:rsidSect="00034616">
      <w:pgSz w:w="11906" w:h="16838"/>
      <w:pgMar w:top="1417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276" w:lineRule="auto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